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3B82"/>
          <w:sz w:val="48"/>
        </w:rPr>
        <w:t>Teen Venture Launch Project</w:t>
      </w:r>
    </w:p>
    <w:p>
      <w:pPr>
        <w:jc w:val="center"/>
      </w:pPr>
      <w:r>
        <w:rPr>
          <w:b/>
          <w:color w:val="D99A00"/>
          <w:sz w:val="24"/>
        </w:rPr>
        <w:t>Design, test, price, and pitch a small business idea</w:t>
      </w:r>
    </w:p>
    <w:p>
      <w:pPr>
        <w:jc w:val="center"/>
      </w:pPr>
      <w:r>
        <w:rPr>
          <w:b/>
          <w:sz w:val="18"/>
        </w:rPr>
        <w:t>STUDENT PROJECT PACKET | Grades 9-12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Project Information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5184"/>
          </w:tcPr>
          <w:p>
            <w:r>
              <w:t>Project Length</w:t>
            </w:r>
          </w:p>
        </w:tc>
        <w:tc>
          <w:tcPr>
            <w:tcW w:type="dxa" w:w="5184"/>
          </w:tcPr>
          <w:p>
            <w:r>
              <w:t>5-6 class periods + optional homework</w:t>
            </w:r>
          </w:p>
        </w:tc>
      </w:tr>
      <w:tr>
        <w:tc>
          <w:tcPr>
            <w:tcW w:type="dxa" w:w="5184"/>
          </w:tcPr>
          <w:p>
            <w:r>
              <w:t>Primary CFM Area</w:t>
            </w:r>
          </w:p>
        </w:tc>
        <w:tc>
          <w:tcPr>
            <w:tcW w:type="dxa" w:w="5184"/>
          </w:tcPr>
          <w:p>
            <w:r>
              <w:t>Economics &amp; Entrepreneurship - Entrepreneurship</w:t>
            </w:r>
          </w:p>
        </w:tc>
      </w:tr>
      <w:tr>
        <w:tc>
          <w:tcPr>
            <w:tcW w:type="dxa" w:w="5184"/>
          </w:tcPr>
          <w:p>
            <w:r>
              <w:t>Project Topic</w:t>
            </w:r>
          </w:p>
        </w:tc>
        <w:tc>
          <w:tcPr>
            <w:tcW w:type="dxa" w:w="5184"/>
          </w:tcPr>
          <w:p>
            <w:r>
              <w:t>Entrepreneurship</w:t>
            </w:r>
          </w:p>
        </w:tc>
      </w:tr>
      <w:tr>
        <w:tc>
          <w:tcPr>
            <w:tcW w:type="dxa" w:w="5184"/>
          </w:tcPr>
          <w:p>
            <w:r>
              <w:t>Final Score</w:t>
            </w:r>
          </w:p>
        </w:tc>
        <w:tc>
          <w:tcPr>
            <w:tcW w:type="dxa" w:w="5184"/>
          </w:tcPr>
          <w:p>
            <w:r>
              <w:t>100 points</w:t>
            </w:r>
          </w:p>
        </w:tc>
      </w:tr>
    </w:tbl>
    <w:p/>
    <w:p>
      <w:pPr>
        <w:pStyle w:val="Heading1"/>
      </w:pPr>
      <w:r>
        <w:t>Project Challenge</w:t>
      </w:r>
    </w:p>
    <w:p>
      <w:r>
        <w:t>Students develop a realistic small-business concept aimed at a defined customer. They conduct customer discovery, build a value proposition, estimate startup and operating costs, set a price, calculate break-even volume, design a marketing test, identify risks, and deliver a concise investor-style pitch.</w:t>
      </w:r>
    </w:p>
    <w:p>
      <w:pPr>
        <w:pStyle w:val="Heading1"/>
      </w:pPr>
      <w:r>
        <w:t>What You Will Produce</w:t>
      </w:r>
    </w:p>
    <w:p>
      <w:pPr>
        <w:pStyle w:val="ListBullet"/>
      </w:pPr>
      <w:r>
        <w:t>Problem/customer statement and target market profile.</w:t>
      </w:r>
    </w:p>
    <w:p>
      <w:pPr>
        <w:pStyle w:val="ListBullet"/>
      </w:pPr>
      <w:r>
        <w:t>Customer discovery evidence from at least five interviews or structured responses.</w:t>
      </w:r>
    </w:p>
    <w:p>
      <w:pPr>
        <w:pStyle w:val="ListBullet"/>
      </w:pPr>
      <w:r>
        <w:t>Value proposition and minimum viable product/service description.</w:t>
      </w:r>
    </w:p>
    <w:p>
      <w:pPr>
        <w:pStyle w:val="ListBullet"/>
      </w:pPr>
      <w:r>
        <w:t>Startup and operating-cost estimate.</w:t>
      </w:r>
    </w:p>
    <w:p>
      <w:pPr>
        <w:pStyle w:val="ListBullet"/>
      </w:pPr>
      <w:r>
        <w:t>Pricing model with contribution margin and break-even calculation.</w:t>
      </w:r>
    </w:p>
    <w:p>
      <w:pPr>
        <w:pStyle w:val="ListBullet"/>
      </w:pPr>
      <w:r>
        <w:t>Marketing experiment with message, channel, call to action, and success metric.</w:t>
      </w:r>
    </w:p>
    <w:p>
      <w:pPr>
        <w:pStyle w:val="ListBullet"/>
      </w:pPr>
      <w:r>
        <w:t>Risk register covering legal/ethical, financial, operational, and reputation risks.</w:t>
      </w:r>
    </w:p>
    <w:p>
      <w:pPr>
        <w:pStyle w:val="ListBullet"/>
      </w:pPr>
      <w:r>
        <w:t>One-page business model summary.</w:t>
      </w:r>
    </w:p>
    <w:p>
      <w:pPr>
        <w:pStyle w:val="ListBullet"/>
      </w:pPr>
      <w:r>
        <w:t>4-minute venture pitch plus 2-minute Q&amp;A.</w:t>
      </w:r>
    </w:p>
    <w:p>
      <w:pPr>
        <w:pStyle w:val="Heading1"/>
      </w:pPr>
      <w:r>
        <w:t>Project Rules</w:t>
      </w:r>
    </w:p>
    <w:p>
      <w:pPr>
        <w:pStyle w:val="ListBullet"/>
      </w:pPr>
      <w:r>
        <w:t>Use realistic evidence and clearly state every assumption. Never invent sources, prices, salaries, or survey results.</w:t>
      </w:r>
    </w:p>
    <w:p>
      <w:pPr>
        <w:pStyle w:val="ListBullet"/>
      </w:pPr>
      <w:r>
        <w:t>Show calculations and label inputs.</w:t>
      </w:r>
    </w:p>
    <w:p>
      <w:pPr>
        <w:pStyle w:val="ListBullet"/>
      </w:pPr>
      <w:r>
        <w:t>Keep drafts and evidence because you may be asked to defend your reasoning.</w:t>
      </w:r>
    </w:p>
    <w:p>
      <w:pPr>
        <w:pStyle w:val="ListBullet"/>
      </w:pPr>
      <w:r>
        <w:t>Digital tools may support formatting and calculation, but your final reasoning must be your own.</w:t>
      </w:r>
    </w:p>
    <w:p>
      <w:pPr>
        <w:pStyle w:val="ListBullet"/>
      </w:pPr>
      <w:r>
        <w:t>Professional quality, source information, and proofreading are part of the grade.</w:t>
      </w:r>
    </w:p>
    <w:p>
      <w:r>
        <w:br w:type="page"/>
      </w:r>
    </w:p>
    <w:p>
      <w:pPr>
        <w:pStyle w:val="Heading1"/>
      </w:pPr>
      <w:r>
        <w:t>Project Roadmap</w:t>
      </w:r>
    </w:p>
    <w:p>
      <w:pPr>
        <w:pStyle w:val="Heading2"/>
      </w:pPr>
      <w:r>
        <w:t>Day 1 - Problem, Customer &amp; Idea</w:t>
      </w:r>
    </w:p>
    <w:p>
      <w:r>
        <w:t>Define a narrow customer and a testable problem before proposing the solution.</w:t>
      </w:r>
    </w:p>
    <w:p>
      <w:pPr>
        <w:pStyle w:val="Heading2"/>
      </w:pPr>
      <w:r>
        <w:t>Day 2 - Customer Discovery</w:t>
      </w:r>
    </w:p>
    <w:p>
      <w:r>
        <w:t>Analyze at least five responses and revise assumptions.</w:t>
      </w:r>
    </w:p>
    <w:p>
      <w:pPr>
        <w:pStyle w:val="Heading2"/>
      </w:pPr>
      <w:r>
        <w:t>Day 3 - Costs, Price &amp; Break-Even</w:t>
      </w:r>
    </w:p>
    <w:p>
      <w:r>
        <w:t>Estimate startup, fixed, and variable costs and calculate contribution margin and break-even.</w:t>
      </w:r>
    </w:p>
    <w:p>
      <w:pPr>
        <w:pStyle w:val="Heading2"/>
      </w:pPr>
      <w:r>
        <w:t>Day 4 - Marketing Experiment</w:t>
      </w:r>
    </w:p>
    <w:p>
      <w:r>
        <w:t>Design a low-cost test with target, message, call to action, and success metric.</w:t>
      </w:r>
    </w:p>
    <w:p>
      <w:pPr>
        <w:pStyle w:val="Heading2"/>
      </w:pPr>
      <w:r>
        <w:t>Day 5 - Risk &amp; Business Model</w:t>
      </w:r>
    </w:p>
    <w:p>
      <w:r>
        <w:t>Build a risk register and one-page business model.</w:t>
      </w:r>
    </w:p>
    <w:p>
      <w:pPr>
        <w:pStyle w:val="Heading2"/>
      </w:pPr>
      <w:r>
        <w:t>Day 6 - Pitch Day</w:t>
      </w:r>
    </w:p>
    <w:p>
      <w:r>
        <w:t>Deliver a four-minute pitch and respond to two minutes of questions.</w:t>
      </w:r>
    </w:p>
    <w:p>
      <w:r>
        <w:br w:type="page"/>
      </w:r>
    </w:p>
    <w:p>
      <w:pPr>
        <w:pStyle w:val="Heading1"/>
      </w:pPr>
      <w:r>
        <w:t>Part 1 - Problem &amp; Customer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Prompt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Your Evidence / Decision</w:t>
            </w:r>
          </w:p>
        </w:tc>
      </w:tr>
      <w:tr>
        <w:tc>
          <w:tcPr>
            <w:tcW w:type="dxa" w:w="5184"/>
          </w:tcPr>
          <w:p>
            <w:r>
              <w:t>Specific customer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Customer problem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How often the problem occurs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Current alternatives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Why current alternatives are insufficient</w:t>
            </w:r>
          </w:p>
        </w:tc>
        <w:tc>
          <w:tcPr>
            <w:tcW w:type="dxa" w:w="5184"/>
          </w:tcPr>
          <w:p>
            <w:r/>
          </w:p>
        </w:tc>
      </w:tr>
    </w:tbl>
    <w:p/>
    <w:p>
      <w:pPr>
        <w:pStyle w:val="Heading1"/>
      </w:pPr>
      <w:r>
        <w:t>Part 2 - Customer Discovery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F4FB"/>
          </w:tcPr>
          <w:p>
            <w:r>
              <w:rPr>
                <w:b/>
              </w:rPr>
              <w:t>Respondent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Key Question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Response / Evidence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What Changed in My Thinking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pPr>
        <w:pStyle w:val="Heading1"/>
      </w:pPr>
      <w:r>
        <w:t>Part 3 - Value Proposition</w:t>
      </w:r>
    </w:p>
    <w:p>
      <w:r>
        <w:rPr>
          <w:b/>
          <w:color w:val="073B82"/>
        </w:rPr>
        <w:t>Complete: For [specific customer] who struggles with [problem], our [product/service] provides [benefit] because [evidence/difference].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1"/>
      </w:pPr>
      <w:r>
        <w:t>Part 4 - Cost &amp; Pricing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F4FB"/>
          </w:tcPr>
          <w:p>
            <w:r>
              <w:rPr>
                <w:b/>
              </w:rPr>
              <w:t>Cost Item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Startup / Fixed / Variable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Source / Assumption</w:t>
            </w:r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F4FB"/>
          </w:tcPr>
          <w:p>
            <w:r>
              <w:rPr>
                <w:b/>
              </w:rPr>
              <w:t>Calculation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Formula / Work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Result</w:t>
            </w:r>
          </w:p>
        </w:tc>
      </w:tr>
      <w:tr>
        <w:tc>
          <w:tcPr>
            <w:tcW w:type="dxa" w:w="3456"/>
          </w:tcPr>
          <w:p>
            <w:r>
              <w:t>Selling price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Variable cost per unit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Contribution margin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Monthly fixed costs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Break-even units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Expected monthly sales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/>
    <w:p>
      <w:pPr>
        <w:pStyle w:val="Heading1"/>
      </w:pPr>
      <w:r>
        <w:t>Part 5 - Marketing Experiment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Element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Your Plan</w:t>
            </w:r>
          </w:p>
        </w:tc>
      </w:tr>
      <w:tr>
        <w:tc>
          <w:tcPr>
            <w:tcW w:type="dxa" w:w="5184"/>
          </w:tcPr>
          <w:p>
            <w:r>
              <w:t>Target audience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Channel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Core message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Call to action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Test budget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Success metric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What result would make you change the plan?</w:t>
            </w:r>
          </w:p>
        </w:tc>
        <w:tc>
          <w:tcPr>
            <w:tcW w:type="dxa" w:w="5184"/>
          </w:tcPr>
          <w:p>
            <w:r/>
          </w:p>
        </w:tc>
      </w:tr>
    </w:tbl>
    <w:p/>
    <w:p>
      <w:pPr>
        <w:pStyle w:val="Heading1"/>
      </w:pPr>
      <w:r>
        <w:t>Part 6 - Risk Register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F4FB"/>
          </w:tcPr>
          <w:p>
            <w:r>
              <w:rPr>
                <w:b/>
              </w:rPr>
              <w:t>Risk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Likelihood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Impact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Prevention / Response</w:t>
            </w:r>
          </w:p>
        </w:tc>
      </w:tr>
      <w:tr>
        <w:tc>
          <w:tcPr>
            <w:tcW w:type="dxa" w:w="2592"/>
          </w:tcPr>
          <w:p>
            <w:r>
              <w:t>Financial risk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Operational risk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Legal/ethical risk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Reputation risk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Customer demand risk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pPr>
        <w:pStyle w:val="Heading1"/>
      </w:pPr>
      <w:r>
        <w:t>Part 7 - One-Page Business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Business Model Element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5184"/>
          </w:tcPr>
          <w:p>
            <w:r>
              <w:t>Customer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Problem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Value proposition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Solution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Revenue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Key costs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Marketing channel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Evidence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Biggest risk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Next experiment</w:t>
            </w:r>
          </w:p>
        </w:tc>
        <w:tc>
          <w:tcPr>
            <w:tcW w:type="dxa" w:w="5184"/>
          </w:tcPr>
          <w:p>
            <w:r/>
          </w:p>
        </w:tc>
      </w:tr>
    </w:tbl>
    <w:p/>
    <w:p>
      <w:pPr>
        <w:pStyle w:val="Heading1"/>
      </w:pPr>
      <w:r>
        <w:t>Part 8 - Pitch Planner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F4FB"/>
          </w:tcPr>
          <w:p>
            <w:r>
              <w:rPr>
                <w:b/>
              </w:rPr>
              <w:t>Pitch Section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Target Time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Your Key Point</w:t>
            </w:r>
          </w:p>
        </w:tc>
      </w:tr>
      <w:tr>
        <w:tc>
          <w:tcPr>
            <w:tcW w:type="dxa" w:w="3456"/>
          </w:tcPr>
          <w:p>
            <w:r>
              <w:t>Problem</w:t>
            </w:r>
          </w:p>
        </w:tc>
        <w:tc>
          <w:tcPr>
            <w:tcW w:type="dxa" w:w="3456"/>
          </w:tcPr>
          <w:p>
            <w:r>
              <w:t>30 sec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Customer evidence</w:t>
            </w:r>
          </w:p>
        </w:tc>
        <w:tc>
          <w:tcPr>
            <w:tcW w:type="dxa" w:w="3456"/>
          </w:tcPr>
          <w:p>
            <w:r>
              <w:t>35 sec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Solution</w:t>
            </w:r>
          </w:p>
        </w:tc>
        <w:tc>
          <w:tcPr>
            <w:tcW w:type="dxa" w:w="3456"/>
          </w:tcPr>
          <w:p>
            <w:r>
              <w:t>35 sec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Economics</w:t>
            </w:r>
          </w:p>
        </w:tc>
        <w:tc>
          <w:tcPr>
            <w:tcW w:type="dxa" w:w="3456"/>
          </w:tcPr>
          <w:p>
            <w:r>
              <w:t>50 sec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Marketing</w:t>
            </w:r>
          </w:p>
        </w:tc>
        <w:tc>
          <w:tcPr>
            <w:tcW w:type="dxa" w:w="3456"/>
          </w:tcPr>
          <w:p>
            <w:r>
              <w:t>35 sec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Risk</w:t>
            </w:r>
          </w:p>
        </w:tc>
        <w:tc>
          <w:tcPr>
            <w:tcW w:type="dxa" w:w="3456"/>
          </w:tcPr>
          <w:p>
            <w:r>
              <w:t>25 sec</w:t>
            </w:r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Next step</w:t>
            </w:r>
          </w:p>
        </w:tc>
        <w:tc>
          <w:tcPr>
            <w:tcW w:type="dxa" w:w="3456"/>
          </w:tcPr>
          <w:p>
            <w:r>
              <w:t>30 sec</w:t>
            </w:r>
          </w:p>
        </w:tc>
        <w:tc>
          <w:tcPr>
            <w:tcW w:type="dxa" w:w="3456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100-Point Project Rubric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EF4FB"/>
          </w:tcPr>
          <w:p>
            <w:r>
              <w:rPr>
                <w:b/>
              </w:rPr>
              <w:t>Criteria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Exceeds Expectations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Meets Expectations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Developing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Beginning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Points</w:t>
            </w:r>
          </w:p>
        </w:tc>
      </w:tr>
      <w:tr>
        <w:tc>
          <w:tcPr>
            <w:tcW w:type="dxa" w:w="1728"/>
          </w:tcPr>
          <w:p>
            <w:r>
              <w:t>Problem/customer definition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Customer discovery evidence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Business economics &amp; break-even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20</w:t>
            </w:r>
          </w:p>
        </w:tc>
      </w:tr>
      <w:tr>
        <w:tc>
          <w:tcPr>
            <w:tcW w:type="dxa" w:w="1728"/>
          </w:tcPr>
          <w:p>
            <w:r>
              <w:t>Marketing experiment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Risk management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Business model summary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Pitch &amp; Q&amp;A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</w:tbl>
    <w:p/>
    <w:p>
      <w:pPr>
        <w:pStyle w:val="Heading1"/>
      </w:pPr>
      <w:r>
        <w:t>Submission Checklist</w:t>
      </w:r>
    </w:p>
    <w:p>
      <w:pPr>
        <w:pStyle w:val="ListBullet"/>
      </w:pPr>
      <w:r>
        <w:t>□ Problem/customer statement and target market profile.</w:t>
      </w:r>
    </w:p>
    <w:p>
      <w:pPr>
        <w:pStyle w:val="ListBullet"/>
      </w:pPr>
      <w:r>
        <w:t>□ Customer discovery evidence from at least five interviews or structured responses.</w:t>
      </w:r>
    </w:p>
    <w:p>
      <w:pPr>
        <w:pStyle w:val="ListBullet"/>
      </w:pPr>
      <w:r>
        <w:t>□ Value proposition and minimum viable product/service description.</w:t>
      </w:r>
    </w:p>
    <w:p>
      <w:pPr>
        <w:pStyle w:val="ListBullet"/>
      </w:pPr>
      <w:r>
        <w:t>□ Startup and operating-cost estimate.</w:t>
      </w:r>
    </w:p>
    <w:p>
      <w:pPr>
        <w:pStyle w:val="ListBullet"/>
      </w:pPr>
      <w:r>
        <w:t>□ Pricing model with contribution margin and break-even calculation.</w:t>
      </w:r>
    </w:p>
    <w:p>
      <w:pPr>
        <w:pStyle w:val="ListBullet"/>
      </w:pPr>
      <w:r>
        <w:t>□ Marketing experiment with message, channel, call to action, and success metric.</w:t>
      </w:r>
    </w:p>
    <w:p>
      <w:pPr>
        <w:pStyle w:val="ListBullet"/>
      </w:pPr>
      <w:r>
        <w:t>□ Risk register covering legal/ethical, financial, operational, and reputation risks.</w:t>
      </w:r>
    </w:p>
    <w:p>
      <w:pPr>
        <w:pStyle w:val="ListBullet"/>
      </w:pPr>
      <w:r>
        <w:t>□ One-page business model summary.</w:t>
      </w:r>
    </w:p>
    <w:p>
      <w:pPr>
        <w:pStyle w:val="ListBullet"/>
      </w:pPr>
      <w:r>
        <w:t>□ 4-minute venture pitch plus 2-minute Q&amp;A.</w:t>
      </w:r>
    </w:p>
    <w:p>
      <w:r>
        <w:rPr>
          <w:b/>
          <w:color w:val="073B82"/>
        </w:rPr>
        <w:t>Student name / signature / date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73B82"/>
        <w:sz w:val="16"/>
      </w:rPr>
      <w:t>Free classroom resource from CFMNY.org  |  cfmny.org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3B82"/>
        <w:sz w:val="16"/>
      </w:rPr>
      <w:t>CFMNY.org  |  Career &amp; Financial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E2D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73B8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73B8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D99A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73B8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