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4350" w:val="left"/>
          <w:tab w:pos="7518" w:val="left"/>
        </w:tabs>
        <w:autoSpaceDE w:val="0"/>
        <w:widowControl/>
        <w:spacing w:line="422" w:lineRule="exact" w:before="0" w:after="0"/>
        <w:ind w:left="3638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 xml:space="preserve">STUDENT RESOURCE </w:t>
      </w:r>
      <w:r>
        <w:br/>
      </w:r>
      <w:r>
        <w:rPr>
          <w:rFonts w:ascii="Carlito" w:hAnsi="Carlito" w:eastAsia="Carlito"/>
          <w:b/>
          <w:i w:val="0"/>
          <w:color w:val="123A63"/>
          <w:sz w:val="42"/>
        </w:rPr>
        <w:t>Résumé Workshop</w:t>
      </w:r>
    </w:p>
    <w:p>
      <w:pPr>
        <w:autoSpaceDN w:val="0"/>
        <w:autoSpaceDE w:val="0"/>
        <w:widowControl/>
        <w:spacing w:line="272" w:lineRule="exact" w:before="402" w:after="238"/>
        <w:ind w:left="2224" w:right="0" w:firstLine="0"/>
        <w:jc w:val="left"/>
      </w:pPr>
      <w:r>
        <w:rPr>
          <w:rFonts w:ascii="Noto Serif" w:hAnsi="Noto Serif" w:eastAsia="Noto Serif"/>
          <w:b w:val="0"/>
          <w:i/>
          <w:color w:val="243447"/>
          <w:sz w:val="20"/>
        </w:rPr>
        <w:t>Career &amp; Financial Management | Classroom-ready CFM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Name: 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Class: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Date: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Show all work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29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10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0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7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You are applying for a part-time customer-service position. Your draft résumé lists school activities,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83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7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volunteer work, coursework, and skills, but the bullets are vague.</w:t>
            </w:r>
          </w:p>
        </w:tc>
      </w:tr>
    </w:tbl>
    <w:p>
      <w:pPr>
        <w:autoSpaceDN w:val="0"/>
        <w:autoSpaceDE w:val="0"/>
        <w:widowControl/>
        <w:spacing w:line="326" w:lineRule="exact" w:before="694" w:after="0"/>
        <w:ind w:left="120" w:right="504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1 — Diagnose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Identify five improvements needed in the draft résumé.</w:t>
      </w:r>
    </w:p>
    <w:p>
      <w:pPr>
        <w:autoSpaceDN w:val="0"/>
        <w:autoSpaceDE w:val="0"/>
        <w:widowControl/>
        <w:spacing w:line="512" w:lineRule="exact" w:before="2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4032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2 — Rewrite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Rewrite four weak bullets with action verbs and specific evidence.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158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Tailor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Choose three experiences or skills that best match a customer-service role and explain why.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622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52" w:lineRule="exact" w:before="0" w:after="0"/>
        <w:ind w:left="0" w:right="0" w:firstLine="7398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86" w:lineRule="exact" w:before="402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/ Recommendation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Use at least two specific facts, calculations, or examples from your work.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sectPr w:rsidR="00FC693F" w:rsidRPr="0006063C" w:rsidSect="00034616">
      <w:pgSz w:w="12240" w:h="15840"/>
      <w:pgMar w:top="360" w:right="914" w:bottom="144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