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TAX SKILLS</w:t>
      </w:r>
    </w:p>
    <w:p>
      <w:pPr>
        <w:pStyle w:val="Title"/>
      </w:pPr>
      <w:r>
        <w:t>Reading and Checking a Form W-2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Interpret major W-2 boxes, reconcile payroll totals, calculate an estimated refund or balance, and respond safely to a possible error.</w:t>
            </w:r>
          </w:p>
        </w:tc>
      </w:tr>
    </w:tbl>
    <w:p>
      <w:pPr>
        <w:spacing w:after="0"/>
      </w:pPr>
    </w:p>
    <w:p>
      <w:pPr>
        <w:pStyle w:val="Heading1"/>
      </w:pPr>
      <w:r>
        <w:t>Taxes Connect Paychecks and Annual Filing</w:t>
      </w:r>
    </w:p>
    <w:p>
      <w:r>
        <w:t>Employers use Form W-2 to report wages and certain taxes withheld. Employees use it when preparing an individual income tax return. A withholding amount is a payment made during the year; it is not automatically the final tax liability.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 W-2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wage and tax statement issued by an employer.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Wages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Compensation reported under the rules for a particular box.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Withholding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sent toward a tax obligation during the year.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 liability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Calculated tax owed before comparing payments.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Refund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generally returned when eligible payments exceed liability.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Balance due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still owed when liability exceeds eligible payments.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Read a Fictional Form W-2</w:t>
      </w:r>
    </w:p>
    <w:p>
      <w:r>
        <w:t>Use the fictional Northstar Market statement. Boxes shown are selected for practice.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Box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Fictional entry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reports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Check or 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 Wages, tips, other compensation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$18,400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 Federal income tax withheld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$1,240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 Social Security wages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 Social Security tax withheld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$1,171.80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 Medicare wages and tips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 Medicare tax withheld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$274.05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16 State wages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$18,400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17 State income tax withheld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$610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boxes report income and which report money already withheld? Why might boxes 1, 3, and 5 differ?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Check Payroll Totals</w:t>
      </w:r>
    </w:p>
    <w:p>
      <w:r>
        <w:t>Kai worked 26 pay periods. Use the totals below to check the W-2.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Per-pay amount or rule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Annual calculation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taxable wages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$707.69 x 26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withholding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$47.69 x 26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Security tax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6.2% of $18,900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Medicare tax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1.45% of $18,900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and compare with the fictional W-2. Allow a few cents of rounding for payroll totals. Identify any mismatch.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Separate Tax Liability from Withholding</w:t>
      </w:r>
    </w:p>
    <w:p>
      <w:r>
        <w:t>Use the classroom-only assumption that Kai’s calculated federal income tax is $1,080.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Meaning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tax liability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$1,080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Given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income tax withheld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$1,240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Box 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 refund or balance due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Effective federal income-tax rate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refund = withholding - liability. Use effective rate = liability / box 1 wages. Explain why a refund is not a bonus from the government.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a Possible W-2 Error</w:t>
      </w:r>
    </w:p>
    <w:p>
      <w:r>
        <w:t>Suppose Kai’s final pay records show $18,700 of box 1 wages, but the W-2 shows $18,400.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/ unsafe / incomplete?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Better step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Change the W-2 number personally.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Compare final pay statement and payroll records.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Contact the employer using a verified channel.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File using the number Kai thinks is right without guidance.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Keep copies of communications and corrected forms.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Create a safe sequence for checking and correcting the difference. Do not invent a correction.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W-2 Review Note</w:t>
      </w:r>
    </w:p>
    <w:p>
      <w:r>
        <w:t>Summarize the document without including sensitive identifiers.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Review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Box 1 wages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withholding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Security wages/tax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Medicare wages/tax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State wages/withholding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Payroll reconciliation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Estimated refund/balance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Question or correction step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Include four box numbers, two calculations, and one limitation of the classroom estimate.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