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AND CTE: PROJECT MANAGEMENT AND CLIENT READINESS</w:t>
      </w:r>
    </w:p>
    <w:p>
      <w:pPr>
        <w:pStyle w:val="Title"/>
      </w:pPr>
      <w:r>
        <w:t>Presenting a Client Recommendation and Responding to Feedback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Revise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Build an evidence-based recommendation, communicate it clearly, answer questions honestly, and convert feedback into controlled revisions.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Planning, Team Accountability, Quality, and Professional Communication</w:t>
      </w:r>
    </w:p>
    <w:p>
      <w:r>
        <w:t>A professional presentation helps a client make a decision. It states the need, uses reliable evidence, compares options, explains cost and tradeoffs, gives a clear recommendation, and identifies next steps. Good presenters do not hide uncertainty or agree to changes they cannot authorize.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proposed choice supported by reasons and evidence.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Stakeholder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person or group affected by a decision.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Tradeoff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benefit given up or cost accepted when choosing an option.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Visual evidence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chart, table, image, or example that supports understanding.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Clarifying question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question used to understand feedback or a request.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Revision log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record of requested, approved, completed, or declined changes.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Organize a Fictional Recommendation</w:t>
      </w:r>
    </w:p>
    <w:p>
      <w:r>
        <w:t>Team must recommend Flyer A or Flyer B. A costs $65, uses larger text, and fits all required content. B costs $45, has more images, but the accessibility contact is difficult to find.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Importance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Conclusion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Required content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Readability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Accessibility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Audience action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Overall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select based only on appearance or price.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a Five-Part Presentation</w:t>
      </w:r>
    </w:p>
    <w:p>
      <w:r>
        <w:t>Plan opening, need, evidence, recommendation, and next step.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Section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Main message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Evidence/visual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Time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Opening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Comparison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Next step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Plan a 4-minute presentation plus questions.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Answer Difficult Client Questions</w:t>
      </w:r>
    </w:p>
    <w:p>
      <w:r>
        <w:t>Prepare for: Why not choose cheaper B? Can you publish today? Can you guarantee registrations? Can we add student photos?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Evidence-based response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Clarifying 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Follow-up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Cheaper option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Publish today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Guarantee results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 photos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invent permission, certainty, or data.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Classify and Log Feedback</w:t>
      </w:r>
    </w:p>
    <w:p>
      <w:r>
        <w:t>Feedback: enlarge date, change school color, add unverified sponsor, replace approved URL, and correct a spelling error.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Feedback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Clarify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Required/optional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Approval needed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Action/status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Enlarge date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Change color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Add sponsor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Replace URL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Spelling correction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 comment is not automatically an authorized change.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Presentation Follow-Up and Revision Plan</w:t>
      </w:r>
    </w:p>
    <w:p>
      <w:r>
        <w:t>Prepare a 175-225 word client follow-up.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Message/action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Decision recap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Approved changes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Open questions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Declined/deferred item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Owner/deadline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Quality recheck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Final approval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a respectful tone and no blame.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