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4350" w:val="left"/>
          <w:tab w:pos="7518" w:val="left"/>
        </w:tabs>
        <w:autoSpaceDE w:val="0"/>
        <w:widowControl/>
        <w:spacing w:line="422" w:lineRule="exact" w:before="0" w:after="0"/>
        <w:ind w:left="3634" w:right="0" w:firstLine="0"/>
        <w:jc w:val="left"/>
      </w:pPr>
      <w:r>
        <w:tab/>
      </w: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|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 xml:space="preserve">STUDENT RESOURCE </w:t>
      </w:r>
      <w:r>
        <w:br/>
      </w:r>
      <w:r>
        <w:rPr>
          <w:rFonts w:ascii="Carlito" w:hAnsi="Carlito" w:eastAsia="Carlito"/>
          <w:b/>
          <w:i w:val="0"/>
          <w:color w:val="123A63"/>
          <w:sz w:val="42"/>
        </w:rPr>
        <w:t>Overdraft Decision</w:t>
      </w:r>
    </w:p>
    <w:p>
      <w:pPr>
        <w:autoSpaceDN w:val="0"/>
        <w:autoSpaceDE w:val="0"/>
        <w:widowControl/>
        <w:spacing w:line="272" w:lineRule="exact" w:before="402" w:after="238"/>
        <w:ind w:left="2224" w:right="0" w:firstLine="0"/>
        <w:jc w:val="left"/>
      </w:pPr>
      <w:r>
        <w:rPr>
          <w:rFonts w:ascii="Noto Serif" w:hAnsi="Noto Serif" w:eastAsia="Noto Serif"/>
          <w:b w:val="0"/>
          <w:i/>
          <w:color w:val="243447"/>
          <w:sz w:val="20"/>
        </w:rPr>
        <w:t>Career &amp; Financial Management | Classroom-ready CFM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Name: 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Class: 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Date: 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Show all work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29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10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100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7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Checking balance is $34. A $42 debit purchase posts. For this classroom scenario only, assume a $30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.00000000000003" w:type="dxa"/>
      </w:tblPr>
      <w:tblGrid>
        <w:gridCol w:w="10516"/>
      </w:tblGrid>
      <w:tr>
        <w:trPr>
          <w:trHeight w:hRule="exact" w:val="354"/>
        </w:trPr>
        <w:tc>
          <w:tcPr>
            <w:tcW w:type="dxa" w:w="62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7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overdraft fee applies.</w:t>
            </w:r>
          </w:p>
        </w:tc>
      </w:tr>
    </w:tbl>
    <w:p>
      <w:pPr>
        <w:autoSpaceDN w:val="0"/>
        <w:autoSpaceDE w:val="0"/>
        <w:widowControl/>
        <w:spacing w:line="326" w:lineRule="exact" w:before="694" w:after="0"/>
        <w:ind w:left="120" w:right="518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1 — Shortfall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Calculate the balance immediately after the purchase.</w:t>
      </w:r>
    </w:p>
    <w:p>
      <w:pPr>
        <w:autoSpaceDN w:val="0"/>
        <w:autoSpaceDE w:val="0"/>
        <w:widowControl/>
        <w:spacing w:line="512" w:lineRule="exact" w:before="2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0"/>
        <w:ind w:left="120" w:right="734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2 — Fee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Apply the stated classroom fee.</w:t>
      </w:r>
    </w:p>
    <w:p>
      <w:pPr>
        <w:autoSpaceDN w:val="0"/>
        <w:autoSpaceDE w:val="0"/>
        <w:widowControl/>
        <w:spacing w:line="514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0"/>
        <w:ind w:left="120" w:right="504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Prevention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List four ways a consumer could reduce overdraft risk.</w:t>
      </w:r>
    </w:p>
    <w:p>
      <w:pPr>
        <w:autoSpaceDN w:val="0"/>
        <w:autoSpaceDE w:val="0"/>
        <w:widowControl/>
        <w:spacing w:line="514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622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52" w:lineRule="exact" w:before="0" w:after="0"/>
        <w:ind w:left="0" w:right="0" w:firstLine="7398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| Student Activity Packet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86" w:lineRule="exact" w:before="402" w:after="0"/>
        <w:ind w:left="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Final Reflection / Recommendation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Use at least two specific facts, calculations, or examples from your work.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________________________________________________________________________________</w:t>
      </w:r>
    </w:p>
    <w:sectPr w:rsidR="00FC693F" w:rsidRPr="0006063C" w:rsidSect="00034616">
      <w:pgSz w:w="12240" w:h="15840"/>
      <w:pgMar w:top="360" w:right="914" w:bottom="144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