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197" w:lineRule="auto" w:before="176" w:after="0"/>
        <w:ind w:left="0" w:right="0" w:firstLine="0"/>
        <w:jc w:val="center"/>
      </w:pPr>
      <w:r>
        <w:rPr>
          <w:rFonts w:ascii="Carlito" w:hAnsi="Carlito" w:eastAsia="Carlito"/>
          <w:b/>
          <w:i w:val="0"/>
          <w:color w:val="17375E"/>
          <w:sz w:val="48"/>
        </w:rPr>
        <w:t>Personal Finance Student Workbook: Grades 9-12</w:t>
      </w:r>
    </w:p>
    <w:p>
      <w:pPr>
        <w:autoSpaceDN w:val="0"/>
        <w:autoSpaceDE w:val="0"/>
        <w:widowControl/>
        <w:spacing w:line="240" w:lineRule="auto" w:before="400" w:after="0"/>
        <w:ind w:left="1082" w:right="0" w:firstLine="0"/>
        <w:jc w:val="left"/>
      </w:pPr>
      <w:r>
        <w:rPr>
          <w:rFonts w:ascii="Noto Serif" w:hAnsi="Noto Serif" w:eastAsia="Noto Serif"/>
          <w:b/>
          <w:i w:val="0"/>
          <w:color w:val="D9A441"/>
          <w:sz w:val="26"/>
        </w:rPr>
        <w:t xml:space="preserve">10 detailed lessons • Guided practice, independent application, and </w:t>
      </w:r>
    </w:p>
    <w:p>
      <w:pPr>
        <w:autoSpaceDN w:val="0"/>
        <w:autoSpaceDE w:val="0"/>
        <w:widowControl/>
        <w:spacing w:line="240" w:lineRule="auto" w:before="54" w:after="0"/>
        <w:ind w:left="1082" w:right="0" w:firstLine="0"/>
        <w:jc w:val="left"/>
      </w:pPr>
      <w:r>
        <w:rPr>
          <w:rFonts w:ascii="Noto Serif" w:hAnsi="Noto Serif" w:eastAsia="Noto Serif"/>
          <w:b/>
          <w:i w:val="0"/>
          <w:color w:val="D9A441"/>
          <w:sz w:val="26"/>
        </w:rPr>
        <w:t>reflection</w:t>
      </w:r>
    </w:p>
    <w:p>
      <w:pPr>
        <w:autoSpaceDN w:val="0"/>
        <w:autoSpaceDE w:val="0"/>
        <w:widowControl/>
        <w:spacing w:line="240" w:lineRule="auto" w:before="172" w:after="0"/>
        <w:ind w:left="1082" w:right="0" w:firstLine="0"/>
        <w:jc w:val="left"/>
      </w:pPr>
      <w:r>
        <w:rPr>
          <w:rFonts w:ascii="Noto Serif" w:hAnsi="Noto Serif" w:eastAsia="Noto Serif"/>
          <w:b w:val="0"/>
          <w:i/>
          <w:color w:val="59636E"/>
          <w:sz w:val="21"/>
        </w:rPr>
        <w:t>Student edition</w:t>
      </w:r>
    </w:p>
    <w:p>
      <w:pPr>
        <w:autoSpaceDN w:val="0"/>
        <w:autoSpaceDE w:val="0"/>
        <w:widowControl/>
        <w:spacing w:line="240" w:lineRule="auto" w:before="162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Designed for classroom use with fictional scenarios. Never require students to disclose household </w:t>
      </w:r>
    </w:p>
    <w:p>
      <w:pPr>
        <w:autoSpaceDN w:val="0"/>
        <w:autoSpaceDE w:val="0"/>
        <w:widowControl/>
        <w:spacing w:line="240" w:lineRule="auto" w:before="42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income, account information, debt, tax records, immigration information, or other private financial </w:t>
      </w:r>
    </w:p>
    <w:p>
      <w:pPr>
        <w:autoSpaceDN w:val="0"/>
        <w:autoSpaceDE w:val="0"/>
        <w:widowControl/>
        <w:spacing w:line="240" w:lineRule="auto" w:before="42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data.</w:t>
      </w:r>
    </w:p>
    <w:p>
      <w:pPr>
        <w:autoSpaceDN w:val="0"/>
        <w:autoSpaceDE w:val="0"/>
        <w:widowControl/>
        <w:spacing w:line="197" w:lineRule="auto" w:before="598" w:after="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17375E"/>
          <w:sz w:val="34"/>
        </w:rPr>
        <w:t>Student directions</w:t>
      </w:r>
    </w:p>
    <w:p>
      <w:pPr>
        <w:autoSpaceDN w:val="0"/>
        <w:tabs>
          <w:tab w:pos="1442" w:val="left"/>
        </w:tabs>
        <w:autoSpaceDE w:val="0"/>
        <w:widowControl/>
        <w:spacing w:line="240" w:lineRule="auto" w:before="62" w:after="0"/>
        <w:ind w:left="1082" w:right="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Use only the fictional information in this workbook.</w:t>
      </w:r>
    </w:p>
    <w:p>
      <w:pPr>
        <w:autoSpaceDN w:val="0"/>
        <w:tabs>
          <w:tab w:pos="1442" w:val="left"/>
        </w:tabs>
        <w:autoSpaceDE w:val="0"/>
        <w:widowControl/>
        <w:spacing w:line="240" w:lineRule="auto" w:before="42" w:after="0"/>
        <w:ind w:left="1082" w:right="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Show calculations and label money amounts.</w:t>
      </w:r>
    </w:p>
    <w:p>
      <w:pPr>
        <w:autoSpaceDN w:val="0"/>
        <w:tabs>
          <w:tab w:pos="1442" w:val="left"/>
        </w:tabs>
        <w:autoSpaceDE w:val="0"/>
        <w:widowControl/>
        <w:spacing w:line="240" w:lineRule="auto" w:before="42" w:after="0"/>
        <w:ind w:left="1082" w:right="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Support recommendations with at least two facts.</w:t>
      </w:r>
    </w:p>
    <w:p>
      <w:pPr>
        <w:autoSpaceDN w:val="0"/>
        <w:tabs>
          <w:tab w:pos="1442" w:val="left"/>
        </w:tabs>
        <w:autoSpaceDE w:val="0"/>
        <w:widowControl/>
        <w:spacing w:line="240" w:lineRule="auto" w:before="42" w:after="0"/>
        <w:ind w:left="1082" w:right="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Name one tradeoff, risk, or next step.</w:t>
      </w:r>
    </w:p>
    <w:p>
      <w:pPr>
        <w:autoSpaceDN w:val="0"/>
        <w:tabs>
          <w:tab w:pos="1442" w:val="left"/>
        </w:tabs>
        <w:autoSpaceDE w:val="0"/>
        <w:widowControl/>
        <w:spacing w:line="240" w:lineRule="auto" w:before="42" w:after="0"/>
        <w:ind w:left="1082" w:right="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If a question feels personal, use the fictional character—not your family.</w:t>
      </w:r>
    </w:p>
    <w:p>
      <w:pPr>
        <w:autoSpaceDN w:val="0"/>
        <w:autoSpaceDE w:val="0"/>
        <w:widowControl/>
        <w:spacing w:line="240" w:lineRule="auto" w:before="7986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autoSpaceDE w:val="0"/>
        <w:widowControl/>
        <w:spacing w:line="200" w:lineRule="exact" w:before="64" w:after="0"/>
        <w:ind w:left="2866" w:right="0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</w:p>
    <w:p>
      <w:pPr>
        <w:autoSpaceDN w:val="0"/>
        <w:autoSpaceDE w:val="0"/>
        <w:widowControl/>
        <w:spacing w:line="186" w:lineRule="exact" w:before="50" w:after="0"/>
        <w:ind w:left="0" w:right="0" w:firstLine="0"/>
        <w:jc w:val="center"/>
      </w:pP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headerReference w:type="default" r:id="rId9"/>
          <w:headerReference w:type="first" r:id="rId10"/>
          <w:headerReference w:type="even" r:id="rId11"/>
          <w:footerReference w:type="default" r:id="rId12"/>
          <w:footerReference w:type="first" r:id="rId13"/>
          <w:footerReference w:type="even" r:id="rId14"/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197" w:lineRule="auto" w:before="146" w:after="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17375E"/>
          <w:sz w:val="34"/>
        </w:rPr>
        <w:t>Lesson 1: Independent-Living Budget</w:t>
      </w:r>
    </w:p>
    <w:p>
      <w:pPr>
        <w:autoSpaceDN w:val="0"/>
        <w:autoSpaceDE w:val="0"/>
        <w:widowControl/>
        <w:spacing w:line="240" w:lineRule="auto" w:before="62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Essential question: How can a realistic spending plan protect both today and tomorrow?</w:t>
      </w:r>
    </w:p>
    <w:p>
      <w:pPr>
        <w:autoSpaceDN w:val="0"/>
        <w:autoSpaceDE w:val="0"/>
        <w:widowControl/>
        <w:spacing w:line="197" w:lineRule="auto" w:before="298" w:after="5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Vocabulary warm-up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My meaning or sketch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Example / nonexample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net income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fixed expense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variable expense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sinking fund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Scenario</w:t>
      </w:r>
    </w:p>
    <w:p>
      <w:pPr>
        <w:autoSpaceDN w:val="0"/>
        <w:autoSpaceDE w:val="0"/>
        <w:widowControl/>
        <w:spacing w:line="240" w:lineRule="auto" w:before="48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Taylor has $2,650 monthly net income and must compare housing, transportation, essentials, </w:t>
      </w:r>
    </w:p>
    <w:p>
      <w:pPr>
        <w:autoSpaceDN w:val="0"/>
        <w:autoSpaceDE w:val="0"/>
        <w:widowControl/>
        <w:spacing w:line="240" w:lineRule="auto" w:before="42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savings, and giving.</w:t>
      </w:r>
    </w:p>
    <w:p>
      <w:pPr>
        <w:autoSpaceDN w:val="0"/>
        <w:autoSpaceDE w:val="0"/>
        <w:widowControl/>
        <w:spacing w:line="197" w:lineRule="auto" w:before="298" w:after="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1 — Identify the decision</w:t>
      </w:r>
    </w:p>
    <w:p>
      <w:pPr>
        <w:autoSpaceDN w:val="0"/>
        <w:tabs>
          <w:tab w:pos="1442" w:val="left"/>
        </w:tabs>
        <w:autoSpaceDE w:val="0"/>
        <w:widowControl/>
        <w:spacing w:line="240" w:lineRule="auto" w:before="48" w:after="0"/>
        <w:ind w:left="1082" w:right="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goal is the character trying to reach? ______________________________________________</w:t>
      </w:r>
    </w:p>
    <w:p>
      <w:pPr>
        <w:autoSpaceDN w:val="0"/>
        <w:tabs>
          <w:tab w:pos="1442" w:val="left"/>
        </w:tabs>
        <w:autoSpaceDE w:val="0"/>
        <w:widowControl/>
        <w:spacing w:line="240" w:lineRule="auto" w:before="42" w:after="0"/>
        <w:ind w:left="1082" w:right="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limits or constraints matter? _____________________________________________________</w:t>
      </w:r>
    </w:p>
    <w:p>
      <w:pPr>
        <w:autoSpaceDN w:val="0"/>
        <w:tabs>
          <w:tab w:pos="1442" w:val="left"/>
        </w:tabs>
        <w:autoSpaceDE w:val="0"/>
        <w:widowControl/>
        <w:spacing w:line="240" w:lineRule="auto" w:before="42" w:after="0"/>
        <w:ind w:left="1082" w:right="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Which facts are most important? ______________________________________________________</w:t>
      </w:r>
    </w:p>
    <w:p>
      <w:pPr>
        <w:autoSpaceDN w:val="0"/>
        <w:autoSpaceDE w:val="0"/>
        <w:widowControl/>
        <w:spacing w:line="197" w:lineRule="auto" w:before="300" w:after="44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2 — Work the evidence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Evidence or calculation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What it means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Check or correction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5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3 — Compare choices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2340"/>
        <w:gridCol w:w="2340"/>
        <w:gridCol w:w="2340"/>
        <w:gridCol w:w="2340"/>
      </w:tblGrid>
      <w:tr>
        <w:trPr>
          <w:trHeight w:hRule="exact" w:val="620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Choice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Benefit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Cost / risk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 xml:space="preserve">Who or what goal does it </w:t>
            </w: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fit?</w:t>
            </w:r>
          </w:p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A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B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C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4 — Make and defend a decision</w:t>
      </w:r>
    </w:p>
    <w:p>
      <w:pPr>
        <w:autoSpaceDN w:val="0"/>
        <w:autoSpaceDE w:val="0"/>
        <w:widowControl/>
        <w:spacing w:line="240" w:lineRule="auto" w:before="48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Students build a balanced plan and revise it after a $175 rent increase.</w:t>
      </w:r>
    </w:p>
    <w:p>
      <w:pPr>
        <w:autoSpaceDN w:val="0"/>
        <w:autoSpaceDE w:val="0"/>
        <w:widowControl/>
        <w:spacing w:line="240" w:lineRule="auto" w:before="162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My recommendation: ____________________________________________________________________</w:t>
      </w:r>
    </w:p>
    <w:p>
      <w:pPr>
        <w:autoSpaceDN w:val="0"/>
        <w:autoSpaceDE w:val="0"/>
        <w:widowControl/>
        <w:spacing w:line="240" w:lineRule="auto" w:before="162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Evidence 1: _____________________________________________________________________________</w:t>
      </w:r>
    </w:p>
    <w:p>
      <w:pPr>
        <w:autoSpaceDN w:val="0"/>
        <w:autoSpaceDE w:val="0"/>
        <w:widowControl/>
        <w:spacing w:line="240" w:lineRule="auto" w:before="162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Evidence 2: _____________________________________________________________________________</w:t>
      </w:r>
    </w:p>
    <w:p>
      <w:pPr>
        <w:autoSpaceDN w:val="0"/>
        <w:autoSpaceDE w:val="0"/>
        <w:widowControl/>
        <w:spacing w:line="240" w:lineRule="auto" w:before="354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autoSpaceDE w:val="0"/>
        <w:widowControl/>
        <w:spacing w:line="200" w:lineRule="exact" w:before="64" w:after="0"/>
        <w:ind w:left="2866" w:right="0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</w:p>
    <w:p>
      <w:pPr>
        <w:autoSpaceDN w:val="0"/>
        <w:autoSpaceDE w:val="0"/>
        <w:widowControl/>
        <w:spacing w:line="186" w:lineRule="exact" w:before="50" w:after="0"/>
        <w:ind w:left="0" w:right="0" w:firstLine="0"/>
        <w:jc w:val="center"/>
      </w:pP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240" w:lineRule="auto" w:before="70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Tradeoff, risk, or consequence: ___________________________________________________________</w:t>
      </w:r>
    </w:p>
    <w:p>
      <w:pPr>
        <w:autoSpaceDN w:val="0"/>
        <w:autoSpaceDE w:val="0"/>
        <w:widowControl/>
        <w:spacing w:line="247" w:lineRule="auto" w:before="300" w:after="0"/>
        <w:ind w:left="1082" w:right="187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Changed condition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Your teacher will change one fact. Write the new fact, revise your choice, and explain why it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changed or stayed the same.</w:t>
      </w:r>
    </w:p>
    <w:p>
      <w:pPr>
        <w:autoSpaceDN w:val="0"/>
        <w:autoSpaceDE w:val="0"/>
        <w:widowControl/>
        <w:spacing w:line="257" w:lineRule="auto" w:before="162" w:after="0"/>
        <w:ind w:left="1082" w:right="2016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New fact: ______________________________ Revised choice and explanation: 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247" w:lineRule="auto" w:before="300" w:after="0"/>
        <w:ind w:left="1082" w:right="129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Exit ticket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Answer the essential question in 2-4 complete sentences. Use “net income” or another lesson term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and one scenario fact.</w:t>
      </w:r>
    </w:p>
    <w:p>
      <w:pPr>
        <w:autoSpaceDN w:val="0"/>
        <w:autoSpaceDE w:val="0"/>
        <w:widowControl/>
        <w:spacing w:line="257" w:lineRule="auto" w:before="370" w:after="0"/>
        <w:ind w:left="1082" w:right="2592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________________________________________________________________________________________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298" w:after="24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Self-check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40.0" w:type="dxa"/>
      </w:tblPr>
      <w:tblGrid>
        <w:gridCol w:w="1872"/>
        <w:gridCol w:w="1872"/>
        <w:gridCol w:w="1872"/>
        <w:gridCol w:w="1872"/>
        <w:gridCol w:w="1872"/>
      </w:tblGrid>
      <w:tr>
        <w:trPr>
          <w:trHeight w:hRule="exact" w:val="324"/>
        </w:trPr>
        <w:tc>
          <w:tcPr>
            <w:tcW w:type="dxa" w:w="312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5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answered every part. </w:t>
            </w:r>
          </w:p>
        </w:tc>
        <w:tc>
          <w:tcPr>
            <w:tcW w:type="dxa" w:w="2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checked calculations. </w:t>
            </w:r>
          </w:p>
        </w:tc>
        <w:tc>
          <w:tcPr>
            <w:tcW w:type="dxa" w:w="19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evidence. </w:t>
            </w:r>
          </w:p>
        </w:tc>
        <w:tc>
          <w:tcPr>
            <w:tcW w:type="dxa" w:w="28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explained a </w:t>
            </w:r>
          </w:p>
        </w:tc>
      </w:tr>
      <w:tr>
        <w:trPr>
          <w:trHeight w:hRule="exact" w:val="374"/>
        </w:trPr>
        <w:tc>
          <w:tcPr>
            <w:tcW w:type="dxa" w:w="1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0" w:right="20" w:firstLine="0"/>
              <w:jc w:val="righ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consequence. </w:t>
            </w:r>
          </w:p>
        </w:tc>
        <w:tc>
          <w:tcPr>
            <w:tcW w:type="dxa" w:w="378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36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only fictional information.</w:t>
            </w:r>
          </w:p>
        </w:tc>
        <w:tc>
          <w:tcPr>
            <w:tcW w:type="dxa" w:w="1872"/>
            <w:vMerge/>
            <w:tcBorders/>
          </w:tcPr>
          <w:p/>
        </w:tc>
        <w:tc>
          <w:tcPr>
            <w:tcW w:type="dxa" w:w="1872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40" w:lineRule="auto" w:before="8128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tabs>
          <w:tab w:pos="3856" w:val="left"/>
        </w:tabs>
        <w:autoSpaceDE w:val="0"/>
        <w:widowControl/>
        <w:spacing w:line="236" w:lineRule="exact" w:before="28" w:after="0"/>
        <w:ind w:left="2866" w:right="3744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74" w:lineRule="auto" w:before="0" w:after="0"/>
        <w:ind w:left="1082" w:right="1008" w:firstLine="6802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CFMNY • PERSONAL FINANCE EDUCATION </w:t>
      </w:r>
      <w:r>
        <w:rPr>
          <w:rFonts w:ascii="Carlito" w:hAnsi="Carlito" w:eastAsia="Carlito"/>
          <w:b/>
          <w:i w:val="0"/>
          <w:color w:val="17375E"/>
          <w:sz w:val="34"/>
        </w:rPr>
        <w:t xml:space="preserve">Lesson 2: Financial Goals and Decision Systems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Essential question: How can SMART goals and automation improve follow-through?</w:t>
      </w:r>
    </w:p>
    <w:p>
      <w:pPr>
        <w:autoSpaceDN w:val="0"/>
        <w:autoSpaceDE w:val="0"/>
        <w:widowControl/>
        <w:spacing w:line="197" w:lineRule="auto" w:before="298" w:after="5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Vocabulary warm-up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My meaning or sketch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Example / nonexample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SMART goal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automation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cash flow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behavioral bias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4" w:after="0"/>
        <w:ind w:left="1082" w:right="3168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Scenario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A graduate wants emergency savings, a car fund, and retirement contributions.</w:t>
      </w:r>
    </w:p>
    <w:p>
      <w:pPr>
        <w:autoSpaceDN w:val="0"/>
        <w:tabs>
          <w:tab w:pos="1442" w:val="left"/>
        </w:tabs>
        <w:autoSpaceDE w:val="0"/>
        <w:widowControl/>
        <w:spacing w:line="254" w:lineRule="auto" w:before="298" w:after="0"/>
        <w:ind w:left="1082" w:right="201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1 — Identify the decision</w:t>
      </w:r>
      <w:r>
        <w:br/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goal is the character trying to reach? 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limits or constraints matter? _____________________________________________________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Which facts are most important? ______________________________________________________</w:t>
      </w:r>
    </w:p>
    <w:p>
      <w:pPr>
        <w:autoSpaceDN w:val="0"/>
        <w:autoSpaceDE w:val="0"/>
        <w:widowControl/>
        <w:spacing w:line="197" w:lineRule="auto" w:before="298" w:after="48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2 — Work the evidence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Evidence or calculation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What it means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Check or correction</w:t>
            </w:r>
          </w:p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46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3 — Compare choices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2340"/>
        <w:gridCol w:w="2340"/>
        <w:gridCol w:w="2340"/>
        <w:gridCol w:w="2340"/>
      </w:tblGrid>
      <w:tr>
        <w:trPr>
          <w:trHeight w:hRule="exact" w:val="620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Choice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Benefit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Cost / risk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 xml:space="preserve">Who or what goal does it </w:t>
            </w: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fit?</w:t>
            </w:r>
          </w:p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A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B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C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2" w:after="0"/>
        <w:ind w:left="1082" w:right="360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Task 4 — Make and defend a decision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Students design a three-goal system and explain one behavioral safeguard.</w:t>
      </w:r>
    </w:p>
    <w:p>
      <w:pPr>
        <w:autoSpaceDN w:val="0"/>
        <w:autoSpaceDE w:val="0"/>
        <w:widowControl/>
        <w:spacing w:line="341" w:lineRule="auto" w:before="162" w:after="0"/>
        <w:ind w:left="1082" w:right="2304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My recommendation: 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1: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2: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Tradeoff, risk, or consequence: ___________________________________________________________</w:t>
      </w:r>
    </w:p>
    <w:p>
      <w:pPr>
        <w:autoSpaceDN w:val="0"/>
        <w:tabs>
          <w:tab w:pos="3608" w:val="left"/>
          <w:tab w:pos="3856" w:val="left"/>
        </w:tabs>
        <w:autoSpaceDE w:val="0"/>
        <w:widowControl/>
        <w:spacing w:line="250" w:lineRule="exact" w:before="202" w:after="0"/>
        <w:ind w:left="2866" w:right="3600" w:firstLine="0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NYSED-aligned local curriculum resource • Use fictitious data only </w:t>
      </w:r>
      <w:r>
        <w:br/>
      </w: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250" w:lineRule="auto" w:before="126" w:after="0"/>
        <w:ind w:left="1082" w:right="187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Changed condition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Your teacher will change one fact. Write the new fact, revise your choice, and explain why it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changed or stayed the same.</w:t>
      </w:r>
    </w:p>
    <w:p>
      <w:pPr>
        <w:autoSpaceDN w:val="0"/>
        <w:autoSpaceDE w:val="0"/>
        <w:widowControl/>
        <w:spacing w:line="257" w:lineRule="auto" w:before="162" w:after="0"/>
        <w:ind w:left="1082" w:right="2016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New fact: ______________________________ Revised choice and explanation: 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250" w:lineRule="auto" w:before="298" w:after="0"/>
        <w:ind w:left="1082" w:right="115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Exit ticket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Answer the essential question in 2-4 complete sentences. Use “SMART goal” or another lesson term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and one scenario fact.</w:t>
      </w:r>
    </w:p>
    <w:p>
      <w:pPr>
        <w:autoSpaceDN w:val="0"/>
        <w:autoSpaceDE w:val="0"/>
        <w:widowControl/>
        <w:spacing w:line="257" w:lineRule="auto" w:before="370" w:after="0"/>
        <w:ind w:left="1082" w:right="2592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________________________________________________________________________________________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298" w:after="24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Self-check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40.0" w:type="dxa"/>
      </w:tblPr>
      <w:tblGrid>
        <w:gridCol w:w="1872"/>
        <w:gridCol w:w="1872"/>
        <w:gridCol w:w="1872"/>
        <w:gridCol w:w="1872"/>
        <w:gridCol w:w="1872"/>
      </w:tblGrid>
      <w:tr>
        <w:trPr>
          <w:trHeight w:hRule="exact" w:val="312"/>
        </w:trPr>
        <w:tc>
          <w:tcPr>
            <w:tcW w:type="dxa" w:w="312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5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answered every part. </w:t>
            </w:r>
          </w:p>
        </w:tc>
        <w:tc>
          <w:tcPr>
            <w:tcW w:type="dxa" w:w="2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checked calculations. </w:t>
            </w:r>
          </w:p>
        </w:tc>
        <w:tc>
          <w:tcPr>
            <w:tcW w:type="dxa" w:w="19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evidence. </w:t>
            </w:r>
          </w:p>
        </w:tc>
        <w:tc>
          <w:tcPr>
            <w:tcW w:type="dxa" w:w="28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explained a </w:t>
            </w:r>
          </w:p>
        </w:tc>
      </w:tr>
      <w:tr>
        <w:trPr>
          <w:trHeight w:hRule="exact" w:val="386"/>
        </w:trPr>
        <w:tc>
          <w:tcPr>
            <w:tcW w:type="dxa" w:w="1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0" w:right="20" w:firstLine="0"/>
              <w:jc w:val="righ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consequence. </w:t>
            </w:r>
          </w:p>
        </w:tc>
        <w:tc>
          <w:tcPr>
            <w:tcW w:type="dxa" w:w="378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36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only fictional information.</w:t>
            </w:r>
          </w:p>
        </w:tc>
        <w:tc>
          <w:tcPr>
            <w:tcW w:type="dxa" w:w="1872"/>
            <w:vMerge/>
            <w:tcBorders/>
          </w:tcPr>
          <w:p/>
        </w:tc>
        <w:tc>
          <w:tcPr>
            <w:tcW w:type="dxa" w:w="1872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40" w:lineRule="auto" w:before="8656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tabs>
          <w:tab w:pos="3856" w:val="left"/>
        </w:tabs>
        <w:autoSpaceDE w:val="0"/>
        <w:widowControl/>
        <w:spacing w:line="236" w:lineRule="exact" w:before="28" w:after="0"/>
        <w:ind w:left="2866" w:right="3744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74" w:lineRule="auto" w:before="0" w:after="0"/>
        <w:ind w:left="1082" w:right="1008" w:firstLine="6802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CFMNY • PERSONAL FINANCE EDUCATION </w:t>
      </w:r>
      <w:r>
        <w:rPr>
          <w:rFonts w:ascii="Carlito" w:hAnsi="Carlito" w:eastAsia="Carlito"/>
          <w:b/>
          <w:i w:val="0"/>
          <w:color w:val="17375E"/>
          <w:sz w:val="34"/>
        </w:rPr>
        <w:t xml:space="preserve">Lesson 3: Borrowing Product Comparison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Essential question: Which borrowing features matter beyond the monthly payment?</w:t>
      </w:r>
    </w:p>
    <w:p>
      <w:pPr>
        <w:autoSpaceDN w:val="0"/>
        <w:autoSpaceDE w:val="0"/>
        <w:widowControl/>
        <w:spacing w:line="197" w:lineRule="auto" w:before="298" w:after="5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Vocabulary warm-up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My meaning or sketch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Example / nonexample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secured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unsecured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APR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amortization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4" w:after="0"/>
        <w:ind w:left="1082" w:right="1584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Scenario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Compare a secured auto loan, personal loan, credit card, and payday loan using fictional terms.</w:t>
      </w:r>
    </w:p>
    <w:p>
      <w:pPr>
        <w:autoSpaceDN w:val="0"/>
        <w:tabs>
          <w:tab w:pos="1442" w:val="left"/>
        </w:tabs>
        <w:autoSpaceDE w:val="0"/>
        <w:widowControl/>
        <w:spacing w:line="254" w:lineRule="auto" w:before="298" w:after="0"/>
        <w:ind w:left="1082" w:right="201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1 — Identify the decision</w:t>
      </w:r>
      <w:r>
        <w:br/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goal is the character trying to reach? 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limits or constraints matter? _____________________________________________________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Which facts are most important? ______________________________________________________</w:t>
      </w:r>
    </w:p>
    <w:p>
      <w:pPr>
        <w:autoSpaceDN w:val="0"/>
        <w:autoSpaceDE w:val="0"/>
        <w:widowControl/>
        <w:spacing w:line="197" w:lineRule="auto" w:before="298" w:after="48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2 — Work the evidence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Evidence or calculation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What it means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Check or correction</w:t>
            </w:r>
          </w:p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46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3 — Compare choices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2340"/>
        <w:gridCol w:w="2340"/>
        <w:gridCol w:w="2340"/>
        <w:gridCol w:w="2340"/>
      </w:tblGrid>
      <w:tr>
        <w:trPr>
          <w:trHeight w:hRule="exact" w:val="620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Choice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Benefit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Cost / risk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 xml:space="preserve">Who or what goal does it </w:t>
            </w: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fit?</w:t>
            </w:r>
          </w:p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A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B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C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2" w:after="0"/>
        <w:ind w:left="1082" w:right="3744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Task 4 — Make and defend a decision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Students produce a comparison matrix and reject one unsuitable product.</w:t>
      </w:r>
    </w:p>
    <w:p>
      <w:pPr>
        <w:autoSpaceDN w:val="0"/>
        <w:autoSpaceDE w:val="0"/>
        <w:widowControl/>
        <w:spacing w:line="341" w:lineRule="auto" w:before="162" w:after="0"/>
        <w:ind w:left="1082" w:right="2304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My recommendation: 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1: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2: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Tradeoff, risk, or consequence: ___________________________________________________________</w:t>
      </w:r>
    </w:p>
    <w:p>
      <w:pPr>
        <w:autoSpaceDN w:val="0"/>
        <w:tabs>
          <w:tab w:pos="3608" w:val="left"/>
          <w:tab w:pos="3856" w:val="left"/>
        </w:tabs>
        <w:autoSpaceDE w:val="0"/>
        <w:widowControl/>
        <w:spacing w:line="250" w:lineRule="exact" w:before="202" w:after="0"/>
        <w:ind w:left="2866" w:right="3600" w:firstLine="0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NYSED-aligned local curriculum resource • Use fictitious data only </w:t>
      </w:r>
      <w:r>
        <w:br/>
      </w: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250" w:lineRule="auto" w:before="126" w:after="0"/>
        <w:ind w:left="1082" w:right="187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Changed condition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Your teacher will change one fact. Write the new fact, revise your choice, and explain why it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changed or stayed the same.</w:t>
      </w:r>
    </w:p>
    <w:p>
      <w:pPr>
        <w:autoSpaceDN w:val="0"/>
        <w:autoSpaceDE w:val="0"/>
        <w:widowControl/>
        <w:spacing w:line="257" w:lineRule="auto" w:before="162" w:after="0"/>
        <w:ind w:left="1082" w:right="2016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New fact: ______________________________ Revised choice and explanation: 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250" w:lineRule="auto" w:before="298" w:after="0"/>
        <w:ind w:left="1082" w:right="115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Exit ticket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Answer the essential question in 2-4 complete sentences. Use “secured” or another lesson term and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one scenario fact.</w:t>
      </w:r>
    </w:p>
    <w:p>
      <w:pPr>
        <w:autoSpaceDN w:val="0"/>
        <w:autoSpaceDE w:val="0"/>
        <w:widowControl/>
        <w:spacing w:line="257" w:lineRule="auto" w:before="370" w:after="0"/>
        <w:ind w:left="1082" w:right="2592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________________________________________________________________________________________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298" w:after="24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Self-check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40.0" w:type="dxa"/>
      </w:tblPr>
      <w:tblGrid>
        <w:gridCol w:w="1872"/>
        <w:gridCol w:w="1872"/>
        <w:gridCol w:w="1872"/>
        <w:gridCol w:w="1872"/>
        <w:gridCol w:w="1872"/>
      </w:tblGrid>
      <w:tr>
        <w:trPr>
          <w:trHeight w:hRule="exact" w:val="312"/>
        </w:trPr>
        <w:tc>
          <w:tcPr>
            <w:tcW w:type="dxa" w:w="312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5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answered every part. </w:t>
            </w:r>
          </w:p>
        </w:tc>
        <w:tc>
          <w:tcPr>
            <w:tcW w:type="dxa" w:w="2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checked calculations. </w:t>
            </w:r>
          </w:p>
        </w:tc>
        <w:tc>
          <w:tcPr>
            <w:tcW w:type="dxa" w:w="19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evidence. </w:t>
            </w:r>
          </w:p>
        </w:tc>
        <w:tc>
          <w:tcPr>
            <w:tcW w:type="dxa" w:w="28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explained a </w:t>
            </w:r>
          </w:p>
        </w:tc>
      </w:tr>
      <w:tr>
        <w:trPr>
          <w:trHeight w:hRule="exact" w:val="386"/>
        </w:trPr>
        <w:tc>
          <w:tcPr>
            <w:tcW w:type="dxa" w:w="1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0" w:right="20" w:firstLine="0"/>
              <w:jc w:val="righ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consequence. </w:t>
            </w:r>
          </w:p>
        </w:tc>
        <w:tc>
          <w:tcPr>
            <w:tcW w:type="dxa" w:w="378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36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only fictional information.</w:t>
            </w:r>
          </w:p>
        </w:tc>
        <w:tc>
          <w:tcPr>
            <w:tcW w:type="dxa" w:w="1872"/>
            <w:vMerge/>
            <w:tcBorders/>
          </w:tcPr>
          <w:p/>
        </w:tc>
        <w:tc>
          <w:tcPr>
            <w:tcW w:type="dxa" w:w="1872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40" w:lineRule="auto" w:before="8656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tabs>
          <w:tab w:pos="3856" w:val="left"/>
        </w:tabs>
        <w:autoSpaceDE w:val="0"/>
        <w:widowControl/>
        <w:spacing w:line="236" w:lineRule="exact" w:before="28" w:after="0"/>
        <w:ind w:left="2866" w:right="3744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74" w:lineRule="auto" w:before="0" w:after="0"/>
        <w:ind w:left="1082" w:right="1008" w:firstLine="6802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CFMNY • PERSONAL FINANCE EDUCATION </w:t>
      </w:r>
      <w:r>
        <w:rPr>
          <w:rFonts w:ascii="Carlito" w:hAnsi="Carlito" w:eastAsia="Carlito"/>
          <w:b/>
          <w:i w:val="0"/>
          <w:color w:val="17375E"/>
          <w:sz w:val="34"/>
        </w:rPr>
        <w:t xml:space="preserve">Lesson 4: Credit Strategy and Education Funding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Essential question: How can students fund education while limiting harmful debt?</w:t>
      </w:r>
    </w:p>
    <w:p>
      <w:pPr>
        <w:autoSpaceDN w:val="0"/>
        <w:autoSpaceDE w:val="0"/>
        <w:widowControl/>
        <w:spacing w:line="197" w:lineRule="auto" w:before="298" w:after="5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Vocabulary warm-up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My meaning or sketch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Example / nonexample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credit utilization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federal loan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private loan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grant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4" w:after="0"/>
        <w:ind w:left="1082" w:right="2304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Scenario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A student compares grants, work earnings, federal loans, private loans, and credit cards.</w:t>
      </w:r>
    </w:p>
    <w:p>
      <w:pPr>
        <w:autoSpaceDN w:val="0"/>
        <w:tabs>
          <w:tab w:pos="1442" w:val="left"/>
        </w:tabs>
        <w:autoSpaceDE w:val="0"/>
        <w:widowControl/>
        <w:spacing w:line="254" w:lineRule="auto" w:before="298" w:after="0"/>
        <w:ind w:left="1082" w:right="201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1 — Identify the decision</w:t>
      </w:r>
      <w:r>
        <w:br/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goal is the character trying to reach? 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limits or constraints matter? _____________________________________________________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Which facts are most important? ______________________________________________________</w:t>
      </w:r>
    </w:p>
    <w:p>
      <w:pPr>
        <w:autoSpaceDN w:val="0"/>
        <w:autoSpaceDE w:val="0"/>
        <w:widowControl/>
        <w:spacing w:line="197" w:lineRule="auto" w:before="298" w:after="48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2 — Work the evidence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Evidence or calculation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What it means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Check or correction</w:t>
            </w:r>
          </w:p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46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3 — Compare choices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2340"/>
        <w:gridCol w:w="2340"/>
        <w:gridCol w:w="2340"/>
        <w:gridCol w:w="2340"/>
      </w:tblGrid>
      <w:tr>
        <w:trPr>
          <w:trHeight w:hRule="exact" w:val="620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Choice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Benefit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Cost / risk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 xml:space="preserve">Who or what goal does it </w:t>
            </w: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fit?</w:t>
            </w:r>
          </w:p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A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B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C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2" w:after="0"/>
        <w:ind w:left="1082" w:right="417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Task 4 — Make and defend a decision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Students close a fictional funding gap and justify the order of sources.</w:t>
      </w:r>
    </w:p>
    <w:p>
      <w:pPr>
        <w:autoSpaceDN w:val="0"/>
        <w:autoSpaceDE w:val="0"/>
        <w:widowControl/>
        <w:spacing w:line="341" w:lineRule="auto" w:before="162" w:after="0"/>
        <w:ind w:left="1082" w:right="2304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My recommendation: 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1: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2: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Tradeoff, risk, or consequence: ___________________________________________________________</w:t>
      </w:r>
    </w:p>
    <w:p>
      <w:pPr>
        <w:autoSpaceDN w:val="0"/>
        <w:tabs>
          <w:tab w:pos="3608" w:val="left"/>
          <w:tab w:pos="3856" w:val="left"/>
        </w:tabs>
        <w:autoSpaceDE w:val="0"/>
        <w:widowControl/>
        <w:spacing w:line="250" w:lineRule="exact" w:before="202" w:after="0"/>
        <w:ind w:left="2866" w:right="3600" w:firstLine="0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NYSED-aligned local curriculum resource • Use fictitious data only </w:t>
      </w:r>
      <w:r>
        <w:br/>
      </w: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250" w:lineRule="auto" w:before="126" w:after="0"/>
        <w:ind w:left="1082" w:right="187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Changed condition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Your teacher will change one fact. Write the new fact, revise your choice, and explain why it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changed or stayed the same.</w:t>
      </w:r>
    </w:p>
    <w:p>
      <w:pPr>
        <w:autoSpaceDN w:val="0"/>
        <w:autoSpaceDE w:val="0"/>
        <w:widowControl/>
        <w:spacing w:line="257" w:lineRule="auto" w:before="162" w:after="0"/>
        <w:ind w:left="1082" w:right="2016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New fact: ______________________________ Revised choice and explanation: 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250" w:lineRule="auto" w:before="298" w:after="0"/>
        <w:ind w:left="1082" w:right="129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Exit ticket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Answer the essential question in 2-4 complete sentences. Use “credit utilization” or another lesson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term and one scenario fact.</w:t>
      </w:r>
    </w:p>
    <w:p>
      <w:pPr>
        <w:autoSpaceDN w:val="0"/>
        <w:autoSpaceDE w:val="0"/>
        <w:widowControl/>
        <w:spacing w:line="257" w:lineRule="auto" w:before="370" w:after="0"/>
        <w:ind w:left="1082" w:right="2592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________________________________________________________________________________________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298" w:after="24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Self-check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40.0" w:type="dxa"/>
      </w:tblPr>
      <w:tblGrid>
        <w:gridCol w:w="1872"/>
        <w:gridCol w:w="1872"/>
        <w:gridCol w:w="1872"/>
        <w:gridCol w:w="1872"/>
        <w:gridCol w:w="1872"/>
      </w:tblGrid>
      <w:tr>
        <w:trPr>
          <w:trHeight w:hRule="exact" w:val="312"/>
        </w:trPr>
        <w:tc>
          <w:tcPr>
            <w:tcW w:type="dxa" w:w="312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5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answered every part. </w:t>
            </w:r>
          </w:p>
        </w:tc>
        <w:tc>
          <w:tcPr>
            <w:tcW w:type="dxa" w:w="2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checked calculations. </w:t>
            </w:r>
          </w:p>
        </w:tc>
        <w:tc>
          <w:tcPr>
            <w:tcW w:type="dxa" w:w="19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evidence. </w:t>
            </w:r>
          </w:p>
        </w:tc>
        <w:tc>
          <w:tcPr>
            <w:tcW w:type="dxa" w:w="28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explained a </w:t>
            </w:r>
          </w:p>
        </w:tc>
      </w:tr>
      <w:tr>
        <w:trPr>
          <w:trHeight w:hRule="exact" w:val="386"/>
        </w:trPr>
        <w:tc>
          <w:tcPr>
            <w:tcW w:type="dxa" w:w="1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0" w:right="20" w:firstLine="0"/>
              <w:jc w:val="righ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consequence. </w:t>
            </w:r>
          </w:p>
        </w:tc>
        <w:tc>
          <w:tcPr>
            <w:tcW w:type="dxa" w:w="378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36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only fictional information.</w:t>
            </w:r>
          </w:p>
        </w:tc>
        <w:tc>
          <w:tcPr>
            <w:tcW w:type="dxa" w:w="1872"/>
            <w:vMerge/>
            <w:tcBorders/>
          </w:tcPr>
          <w:p/>
        </w:tc>
        <w:tc>
          <w:tcPr>
            <w:tcW w:type="dxa" w:w="1872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40" w:lineRule="auto" w:before="8656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tabs>
          <w:tab w:pos="3856" w:val="left"/>
        </w:tabs>
        <w:autoSpaceDE w:val="0"/>
        <w:widowControl/>
        <w:spacing w:line="236" w:lineRule="exact" w:before="28" w:after="0"/>
        <w:ind w:left="2866" w:right="3744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197" w:lineRule="auto" w:before="146" w:after="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17375E"/>
          <w:sz w:val="34"/>
        </w:rPr>
        <w:t>Lesson 5: Compensation and Paycheck Analysis</w:t>
      </w:r>
    </w:p>
    <w:p>
      <w:pPr>
        <w:autoSpaceDN w:val="0"/>
        <w:autoSpaceDE w:val="0"/>
        <w:widowControl/>
        <w:spacing w:line="240" w:lineRule="auto" w:before="62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Essential question: Which job offer provides the strongest total fit?</w:t>
      </w:r>
    </w:p>
    <w:p>
      <w:pPr>
        <w:autoSpaceDN w:val="0"/>
        <w:autoSpaceDE w:val="0"/>
        <w:widowControl/>
        <w:spacing w:line="197" w:lineRule="auto" w:before="298" w:after="5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Vocabulary warm-up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My meaning or sketch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Example / nonexample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gross pay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net pay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benefit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retirement match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Scenario</w:t>
      </w:r>
    </w:p>
    <w:p>
      <w:pPr>
        <w:autoSpaceDN w:val="0"/>
        <w:autoSpaceDE w:val="0"/>
        <w:widowControl/>
        <w:spacing w:line="240" w:lineRule="auto" w:before="48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Offer A pays more cash; Offer B includes insurance, match, paid leave, shorter commute, and </w:t>
      </w:r>
    </w:p>
    <w:p>
      <w:pPr>
        <w:autoSpaceDN w:val="0"/>
        <w:autoSpaceDE w:val="0"/>
        <w:widowControl/>
        <w:spacing w:line="240" w:lineRule="auto" w:before="42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training.</w:t>
      </w:r>
    </w:p>
    <w:p>
      <w:pPr>
        <w:autoSpaceDN w:val="0"/>
        <w:autoSpaceDE w:val="0"/>
        <w:widowControl/>
        <w:spacing w:line="197" w:lineRule="auto" w:before="298" w:after="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1 — Identify the decision</w:t>
      </w:r>
    </w:p>
    <w:p>
      <w:pPr>
        <w:autoSpaceDN w:val="0"/>
        <w:tabs>
          <w:tab w:pos="1442" w:val="left"/>
        </w:tabs>
        <w:autoSpaceDE w:val="0"/>
        <w:widowControl/>
        <w:spacing w:line="240" w:lineRule="auto" w:before="48" w:after="0"/>
        <w:ind w:left="1082" w:right="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goal is the character trying to reach? ______________________________________________</w:t>
      </w:r>
    </w:p>
    <w:p>
      <w:pPr>
        <w:autoSpaceDN w:val="0"/>
        <w:tabs>
          <w:tab w:pos="1442" w:val="left"/>
        </w:tabs>
        <w:autoSpaceDE w:val="0"/>
        <w:widowControl/>
        <w:spacing w:line="240" w:lineRule="auto" w:before="42" w:after="0"/>
        <w:ind w:left="1082" w:right="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limits or constraints matter? _____________________________________________________</w:t>
      </w:r>
    </w:p>
    <w:p>
      <w:pPr>
        <w:autoSpaceDN w:val="0"/>
        <w:tabs>
          <w:tab w:pos="1442" w:val="left"/>
        </w:tabs>
        <w:autoSpaceDE w:val="0"/>
        <w:widowControl/>
        <w:spacing w:line="240" w:lineRule="auto" w:before="42" w:after="0"/>
        <w:ind w:left="1082" w:right="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Which facts are most important? ______________________________________________________</w:t>
      </w:r>
    </w:p>
    <w:p>
      <w:pPr>
        <w:autoSpaceDN w:val="0"/>
        <w:autoSpaceDE w:val="0"/>
        <w:widowControl/>
        <w:spacing w:line="197" w:lineRule="auto" w:before="300" w:after="44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2 — Work the evidence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Evidence or calculation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What it means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Check or correction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5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3 — Compare choices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2340"/>
        <w:gridCol w:w="2340"/>
        <w:gridCol w:w="2340"/>
        <w:gridCol w:w="2340"/>
      </w:tblGrid>
      <w:tr>
        <w:trPr>
          <w:trHeight w:hRule="exact" w:val="620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Choice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Benefit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Cost / risk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 xml:space="preserve">Who or what goal does it </w:t>
            </w: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fit?</w:t>
            </w:r>
          </w:p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A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B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C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4 — Make and defend a decision</w:t>
      </w:r>
    </w:p>
    <w:p>
      <w:pPr>
        <w:autoSpaceDN w:val="0"/>
        <w:autoSpaceDE w:val="0"/>
        <w:widowControl/>
        <w:spacing w:line="240" w:lineRule="auto" w:before="48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Students create a weighted decision model for a fictional worker.</w:t>
      </w:r>
    </w:p>
    <w:p>
      <w:pPr>
        <w:autoSpaceDN w:val="0"/>
        <w:autoSpaceDE w:val="0"/>
        <w:widowControl/>
        <w:spacing w:line="240" w:lineRule="auto" w:before="162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My recommendation: ____________________________________________________________________</w:t>
      </w:r>
    </w:p>
    <w:p>
      <w:pPr>
        <w:autoSpaceDN w:val="0"/>
        <w:autoSpaceDE w:val="0"/>
        <w:widowControl/>
        <w:spacing w:line="240" w:lineRule="auto" w:before="162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Evidence 1: _____________________________________________________________________________</w:t>
      </w:r>
    </w:p>
    <w:p>
      <w:pPr>
        <w:autoSpaceDN w:val="0"/>
        <w:autoSpaceDE w:val="0"/>
        <w:widowControl/>
        <w:spacing w:line="240" w:lineRule="auto" w:before="162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Evidence 2: _____________________________________________________________________________</w:t>
      </w:r>
    </w:p>
    <w:p>
      <w:pPr>
        <w:autoSpaceDN w:val="0"/>
        <w:autoSpaceDE w:val="0"/>
        <w:widowControl/>
        <w:spacing w:line="240" w:lineRule="auto" w:before="354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autoSpaceDE w:val="0"/>
        <w:widowControl/>
        <w:spacing w:line="200" w:lineRule="exact" w:before="64" w:after="0"/>
        <w:ind w:left="2866" w:right="0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</w:p>
    <w:p>
      <w:pPr>
        <w:autoSpaceDN w:val="0"/>
        <w:autoSpaceDE w:val="0"/>
        <w:widowControl/>
        <w:spacing w:line="186" w:lineRule="exact" w:before="50" w:after="0"/>
        <w:ind w:left="0" w:right="0" w:firstLine="0"/>
        <w:jc w:val="center"/>
      </w:pP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240" w:lineRule="auto" w:before="70" w:after="0"/>
        <w:ind w:left="1082" w:right="0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>Tradeoff, risk, or consequence: ___________________________________________________________</w:t>
      </w:r>
    </w:p>
    <w:p>
      <w:pPr>
        <w:autoSpaceDN w:val="0"/>
        <w:autoSpaceDE w:val="0"/>
        <w:widowControl/>
        <w:spacing w:line="247" w:lineRule="auto" w:before="300" w:after="0"/>
        <w:ind w:left="1082" w:right="187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Changed condition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Your teacher will change one fact. Write the new fact, revise your choice, and explain why it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changed or stayed the same.</w:t>
      </w:r>
    </w:p>
    <w:p>
      <w:pPr>
        <w:autoSpaceDN w:val="0"/>
        <w:autoSpaceDE w:val="0"/>
        <w:widowControl/>
        <w:spacing w:line="257" w:lineRule="auto" w:before="162" w:after="0"/>
        <w:ind w:left="1082" w:right="2016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New fact: ______________________________ Revised choice and explanation: 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247" w:lineRule="auto" w:before="300" w:after="0"/>
        <w:ind w:left="1082" w:right="1008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Exit ticket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Answer the essential question in 2-4 complete sentences. Use “gross pay” or another lesson term and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one scenario fact.</w:t>
      </w:r>
    </w:p>
    <w:p>
      <w:pPr>
        <w:autoSpaceDN w:val="0"/>
        <w:autoSpaceDE w:val="0"/>
        <w:widowControl/>
        <w:spacing w:line="257" w:lineRule="auto" w:before="370" w:after="0"/>
        <w:ind w:left="1082" w:right="2592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________________________________________________________________________________________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298" w:after="24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Self-check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40.0" w:type="dxa"/>
      </w:tblPr>
      <w:tblGrid>
        <w:gridCol w:w="1872"/>
        <w:gridCol w:w="1872"/>
        <w:gridCol w:w="1872"/>
        <w:gridCol w:w="1872"/>
        <w:gridCol w:w="1872"/>
      </w:tblGrid>
      <w:tr>
        <w:trPr>
          <w:trHeight w:hRule="exact" w:val="324"/>
        </w:trPr>
        <w:tc>
          <w:tcPr>
            <w:tcW w:type="dxa" w:w="312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5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answered every part. </w:t>
            </w:r>
          </w:p>
        </w:tc>
        <w:tc>
          <w:tcPr>
            <w:tcW w:type="dxa" w:w="2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checked calculations. </w:t>
            </w:r>
          </w:p>
        </w:tc>
        <w:tc>
          <w:tcPr>
            <w:tcW w:type="dxa" w:w="19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evidence. </w:t>
            </w:r>
          </w:p>
        </w:tc>
        <w:tc>
          <w:tcPr>
            <w:tcW w:type="dxa" w:w="28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explained a </w:t>
            </w:r>
          </w:p>
        </w:tc>
      </w:tr>
      <w:tr>
        <w:trPr>
          <w:trHeight w:hRule="exact" w:val="374"/>
        </w:trPr>
        <w:tc>
          <w:tcPr>
            <w:tcW w:type="dxa" w:w="1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0" w:right="20" w:firstLine="0"/>
              <w:jc w:val="righ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consequence. </w:t>
            </w:r>
          </w:p>
        </w:tc>
        <w:tc>
          <w:tcPr>
            <w:tcW w:type="dxa" w:w="378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36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only fictional information.</w:t>
            </w:r>
          </w:p>
        </w:tc>
        <w:tc>
          <w:tcPr>
            <w:tcW w:type="dxa" w:w="1872"/>
            <w:vMerge/>
            <w:tcBorders/>
          </w:tcPr>
          <w:p/>
        </w:tc>
        <w:tc>
          <w:tcPr>
            <w:tcW w:type="dxa" w:w="1872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40" w:lineRule="auto" w:before="8128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tabs>
          <w:tab w:pos="3856" w:val="left"/>
        </w:tabs>
        <w:autoSpaceDE w:val="0"/>
        <w:widowControl/>
        <w:spacing w:line="236" w:lineRule="exact" w:before="28" w:after="0"/>
        <w:ind w:left="2866" w:right="3744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74" w:lineRule="auto" w:before="0" w:after="0"/>
        <w:ind w:left="1082" w:right="1008" w:firstLine="6802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CFMNY • PERSONAL FINANCE EDUCATION </w:t>
      </w:r>
      <w:r>
        <w:rPr>
          <w:rFonts w:ascii="Carlito" w:hAnsi="Carlito" w:eastAsia="Carlito"/>
          <w:b/>
          <w:i w:val="0"/>
          <w:color w:val="17375E"/>
          <w:sz w:val="34"/>
        </w:rPr>
        <w:t xml:space="preserve">Lesson 6: Taxes and Economic Context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Essential question: How do taxes and economic conditions affect financial decisions?</w:t>
      </w:r>
    </w:p>
    <w:p>
      <w:pPr>
        <w:autoSpaceDN w:val="0"/>
        <w:autoSpaceDE w:val="0"/>
        <w:widowControl/>
        <w:spacing w:line="197" w:lineRule="auto" w:before="298" w:after="5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Vocabulary warm-up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My meaning or sketch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Example / nonexample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withholding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marginal tax rate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inflation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unemployment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4" w:after="0"/>
        <w:ind w:left="1082" w:right="216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Scenario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A fictional W-2 and pay stub are paired with changing inflation and unemployment data.</w:t>
      </w:r>
    </w:p>
    <w:p>
      <w:pPr>
        <w:autoSpaceDN w:val="0"/>
        <w:tabs>
          <w:tab w:pos="1442" w:val="left"/>
        </w:tabs>
        <w:autoSpaceDE w:val="0"/>
        <w:widowControl/>
        <w:spacing w:line="254" w:lineRule="auto" w:before="298" w:after="0"/>
        <w:ind w:left="1082" w:right="201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1 — Identify the decision</w:t>
      </w:r>
      <w:r>
        <w:br/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goal is the character trying to reach? 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limits or constraints matter? _____________________________________________________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Which facts are most important? ______________________________________________________</w:t>
      </w:r>
    </w:p>
    <w:p>
      <w:pPr>
        <w:autoSpaceDN w:val="0"/>
        <w:autoSpaceDE w:val="0"/>
        <w:widowControl/>
        <w:spacing w:line="197" w:lineRule="auto" w:before="298" w:after="48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2 — Work the evidence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Evidence or calculation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What it means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Check or correction</w:t>
            </w:r>
          </w:p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46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3 — Compare choices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2340"/>
        <w:gridCol w:w="2340"/>
        <w:gridCol w:w="2340"/>
        <w:gridCol w:w="2340"/>
      </w:tblGrid>
      <w:tr>
        <w:trPr>
          <w:trHeight w:hRule="exact" w:val="620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Choice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Benefit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Cost / risk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 xml:space="preserve">Who or what goal does it </w:t>
            </w: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fit?</w:t>
            </w:r>
          </w:p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A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B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C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2" w:after="0"/>
        <w:ind w:left="1082" w:right="504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Task 4 — Make and defend a decision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Students correct four common tax/economy misconceptions.</w:t>
      </w:r>
    </w:p>
    <w:p>
      <w:pPr>
        <w:autoSpaceDN w:val="0"/>
        <w:autoSpaceDE w:val="0"/>
        <w:widowControl/>
        <w:spacing w:line="341" w:lineRule="auto" w:before="162" w:after="0"/>
        <w:ind w:left="1082" w:right="2304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My recommendation: 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1: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2: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Tradeoff, risk, or consequence: ___________________________________________________________</w:t>
      </w:r>
    </w:p>
    <w:p>
      <w:pPr>
        <w:autoSpaceDN w:val="0"/>
        <w:tabs>
          <w:tab w:pos="3608" w:val="left"/>
          <w:tab w:pos="3856" w:val="left"/>
        </w:tabs>
        <w:autoSpaceDE w:val="0"/>
        <w:widowControl/>
        <w:spacing w:line="250" w:lineRule="exact" w:before="202" w:after="0"/>
        <w:ind w:left="2866" w:right="3600" w:firstLine="0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NYSED-aligned local curriculum resource • Use fictitious data only </w:t>
      </w:r>
      <w:r>
        <w:br/>
      </w: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250" w:lineRule="auto" w:before="126" w:after="0"/>
        <w:ind w:left="1082" w:right="187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Changed condition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Your teacher will change one fact. Write the new fact, revise your choice, and explain why it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changed or stayed the same.</w:t>
      </w:r>
    </w:p>
    <w:p>
      <w:pPr>
        <w:autoSpaceDN w:val="0"/>
        <w:autoSpaceDE w:val="0"/>
        <w:widowControl/>
        <w:spacing w:line="257" w:lineRule="auto" w:before="162" w:after="0"/>
        <w:ind w:left="1082" w:right="2016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New fact: ______________________________ Revised choice and explanation: 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250" w:lineRule="auto" w:before="298" w:after="0"/>
        <w:ind w:left="1082" w:right="115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Exit ticket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Answer the essential question in 2-4 complete sentences. Use “withholding” or another lesson term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and one scenario fact.</w:t>
      </w:r>
    </w:p>
    <w:p>
      <w:pPr>
        <w:autoSpaceDN w:val="0"/>
        <w:autoSpaceDE w:val="0"/>
        <w:widowControl/>
        <w:spacing w:line="257" w:lineRule="auto" w:before="370" w:after="0"/>
        <w:ind w:left="1082" w:right="2592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________________________________________________________________________________________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298" w:after="24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Self-check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40.0" w:type="dxa"/>
      </w:tblPr>
      <w:tblGrid>
        <w:gridCol w:w="1872"/>
        <w:gridCol w:w="1872"/>
        <w:gridCol w:w="1872"/>
        <w:gridCol w:w="1872"/>
        <w:gridCol w:w="1872"/>
      </w:tblGrid>
      <w:tr>
        <w:trPr>
          <w:trHeight w:hRule="exact" w:val="312"/>
        </w:trPr>
        <w:tc>
          <w:tcPr>
            <w:tcW w:type="dxa" w:w="312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5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answered every part. </w:t>
            </w:r>
          </w:p>
        </w:tc>
        <w:tc>
          <w:tcPr>
            <w:tcW w:type="dxa" w:w="2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checked calculations. </w:t>
            </w:r>
          </w:p>
        </w:tc>
        <w:tc>
          <w:tcPr>
            <w:tcW w:type="dxa" w:w="19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evidence. </w:t>
            </w:r>
          </w:p>
        </w:tc>
        <w:tc>
          <w:tcPr>
            <w:tcW w:type="dxa" w:w="28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explained a </w:t>
            </w:r>
          </w:p>
        </w:tc>
      </w:tr>
      <w:tr>
        <w:trPr>
          <w:trHeight w:hRule="exact" w:val="386"/>
        </w:trPr>
        <w:tc>
          <w:tcPr>
            <w:tcW w:type="dxa" w:w="1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0" w:right="20" w:firstLine="0"/>
              <w:jc w:val="righ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consequence. </w:t>
            </w:r>
          </w:p>
        </w:tc>
        <w:tc>
          <w:tcPr>
            <w:tcW w:type="dxa" w:w="378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36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only fictional information.</w:t>
            </w:r>
          </w:p>
        </w:tc>
        <w:tc>
          <w:tcPr>
            <w:tcW w:type="dxa" w:w="1872"/>
            <w:vMerge/>
            <w:tcBorders/>
          </w:tcPr>
          <w:p/>
        </w:tc>
        <w:tc>
          <w:tcPr>
            <w:tcW w:type="dxa" w:w="1872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40" w:lineRule="auto" w:before="8656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tabs>
          <w:tab w:pos="3856" w:val="left"/>
        </w:tabs>
        <w:autoSpaceDE w:val="0"/>
        <w:widowControl/>
        <w:spacing w:line="236" w:lineRule="exact" w:before="28" w:after="0"/>
        <w:ind w:left="2866" w:right="3744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74" w:lineRule="auto" w:before="0" w:after="0"/>
        <w:ind w:left="1082" w:right="1008" w:firstLine="6802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CFMNY • PERSONAL FINANCE EDUCATION </w:t>
      </w:r>
      <w:r>
        <w:rPr>
          <w:rFonts w:ascii="Carlito" w:hAnsi="Carlito" w:eastAsia="Carlito"/>
          <w:b/>
          <w:i w:val="0"/>
          <w:color w:val="17375E"/>
          <w:sz w:val="34"/>
        </w:rPr>
        <w:t xml:space="preserve">Lesson 7: Insurance Needs Analysis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Essential question: Which losses should a young adult insure against?</w:t>
      </w:r>
    </w:p>
    <w:p>
      <w:pPr>
        <w:autoSpaceDN w:val="0"/>
        <w:autoSpaceDE w:val="0"/>
        <w:widowControl/>
        <w:spacing w:line="197" w:lineRule="auto" w:before="298" w:after="5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Vocabulary warm-up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My meaning or sketch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Example / nonexample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premium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deductible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liability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coverage limit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4" w:after="0"/>
        <w:ind w:left="1082" w:right="4464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Scenario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A renter drives to work, owns a laptop, and has health-care needs.</w:t>
      </w:r>
    </w:p>
    <w:p>
      <w:pPr>
        <w:autoSpaceDN w:val="0"/>
        <w:tabs>
          <w:tab w:pos="1442" w:val="left"/>
        </w:tabs>
        <w:autoSpaceDE w:val="0"/>
        <w:widowControl/>
        <w:spacing w:line="254" w:lineRule="auto" w:before="298" w:after="0"/>
        <w:ind w:left="1082" w:right="201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1 — Identify the decision</w:t>
      </w:r>
      <w:r>
        <w:br/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goal is the character trying to reach? 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limits or constraints matter? _____________________________________________________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Which facts are most important? ______________________________________________________</w:t>
      </w:r>
    </w:p>
    <w:p>
      <w:pPr>
        <w:autoSpaceDN w:val="0"/>
        <w:autoSpaceDE w:val="0"/>
        <w:widowControl/>
        <w:spacing w:line="197" w:lineRule="auto" w:before="298" w:after="48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2 — Work the evidence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Evidence or calculation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What it means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Check or correction</w:t>
            </w:r>
          </w:p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46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3 — Compare choices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2340"/>
        <w:gridCol w:w="2340"/>
        <w:gridCol w:w="2340"/>
        <w:gridCol w:w="2340"/>
      </w:tblGrid>
      <w:tr>
        <w:trPr>
          <w:trHeight w:hRule="exact" w:val="620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Choice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Benefit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Cost / risk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 xml:space="preserve">Who or what goal does it </w:t>
            </w: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fit?</w:t>
            </w:r>
          </w:p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A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B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C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329" w:lineRule="auto" w:before="582" w:after="0"/>
        <w:ind w:left="1082" w:right="2304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Task 4 — Make and defend a decision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Students recommend auto, renters, and health choices within a fictional budget.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My recommendation: 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1: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2: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Tradeoff, risk, or consequence: ___________________________________________________________</w:t>
      </w:r>
    </w:p>
    <w:p>
      <w:pPr>
        <w:autoSpaceDN w:val="0"/>
        <w:tabs>
          <w:tab w:pos="3608" w:val="left"/>
          <w:tab w:pos="3856" w:val="left"/>
        </w:tabs>
        <w:autoSpaceDE w:val="0"/>
        <w:widowControl/>
        <w:spacing w:line="250" w:lineRule="exact" w:before="202" w:after="0"/>
        <w:ind w:left="2866" w:right="3600" w:firstLine="0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NYSED-aligned local curriculum resource • Use fictitious data only </w:t>
      </w:r>
      <w:r>
        <w:br/>
      </w: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250" w:lineRule="auto" w:before="126" w:after="0"/>
        <w:ind w:left="1082" w:right="187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Changed condition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Your teacher will change one fact. Write the new fact, revise your choice, and explain why it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changed or stayed the same.</w:t>
      </w:r>
    </w:p>
    <w:p>
      <w:pPr>
        <w:autoSpaceDN w:val="0"/>
        <w:autoSpaceDE w:val="0"/>
        <w:widowControl/>
        <w:spacing w:line="257" w:lineRule="auto" w:before="162" w:after="0"/>
        <w:ind w:left="1082" w:right="2016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New fact: ______________________________ Revised choice and explanation: 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250" w:lineRule="auto" w:before="298" w:after="0"/>
        <w:ind w:left="1082" w:right="1008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Exit ticket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Answer the essential question in 2-4 complete sentences. Use “premium” or another lesson term and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one scenario fact.</w:t>
      </w:r>
    </w:p>
    <w:p>
      <w:pPr>
        <w:autoSpaceDN w:val="0"/>
        <w:autoSpaceDE w:val="0"/>
        <w:widowControl/>
        <w:spacing w:line="257" w:lineRule="auto" w:before="370" w:after="0"/>
        <w:ind w:left="1082" w:right="2592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________________________________________________________________________________________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298" w:after="24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Self-check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40.0" w:type="dxa"/>
      </w:tblPr>
      <w:tblGrid>
        <w:gridCol w:w="1872"/>
        <w:gridCol w:w="1872"/>
        <w:gridCol w:w="1872"/>
        <w:gridCol w:w="1872"/>
        <w:gridCol w:w="1872"/>
      </w:tblGrid>
      <w:tr>
        <w:trPr>
          <w:trHeight w:hRule="exact" w:val="312"/>
        </w:trPr>
        <w:tc>
          <w:tcPr>
            <w:tcW w:type="dxa" w:w="312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5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answered every part. </w:t>
            </w:r>
          </w:p>
        </w:tc>
        <w:tc>
          <w:tcPr>
            <w:tcW w:type="dxa" w:w="2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checked calculations. </w:t>
            </w:r>
          </w:p>
        </w:tc>
        <w:tc>
          <w:tcPr>
            <w:tcW w:type="dxa" w:w="19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evidence. </w:t>
            </w:r>
          </w:p>
        </w:tc>
        <w:tc>
          <w:tcPr>
            <w:tcW w:type="dxa" w:w="28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explained a </w:t>
            </w:r>
          </w:p>
        </w:tc>
      </w:tr>
      <w:tr>
        <w:trPr>
          <w:trHeight w:hRule="exact" w:val="386"/>
        </w:trPr>
        <w:tc>
          <w:tcPr>
            <w:tcW w:type="dxa" w:w="1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0" w:right="20" w:firstLine="0"/>
              <w:jc w:val="righ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consequence. </w:t>
            </w:r>
          </w:p>
        </w:tc>
        <w:tc>
          <w:tcPr>
            <w:tcW w:type="dxa" w:w="378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36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only fictional information.</w:t>
            </w:r>
          </w:p>
        </w:tc>
        <w:tc>
          <w:tcPr>
            <w:tcW w:type="dxa" w:w="1872"/>
            <w:vMerge/>
            <w:tcBorders/>
          </w:tcPr>
          <w:p/>
        </w:tc>
        <w:tc>
          <w:tcPr>
            <w:tcW w:type="dxa" w:w="1872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40" w:lineRule="auto" w:before="8656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tabs>
          <w:tab w:pos="3856" w:val="left"/>
        </w:tabs>
        <w:autoSpaceDE w:val="0"/>
        <w:widowControl/>
        <w:spacing w:line="236" w:lineRule="exact" w:before="28" w:after="0"/>
        <w:ind w:left="2866" w:right="3744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74" w:lineRule="auto" w:before="0" w:after="0"/>
        <w:ind w:left="1082" w:right="1008" w:firstLine="6802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CFMNY • PERSONAL FINANCE EDUCATION </w:t>
      </w:r>
      <w:r>
        <w:rPr>
          <w:rFonts w:ascii="Carlito" w:hAnsi="Carlito" w:eastAsia="Carlito"/>
          <w:b/>
          <w:i w:val="0"/>
          <w:color w:val="17375E"/>
          <w:sz w:val="34"/>
        </w:rPr>
        <w:t xml:space="preserve">Lesson 8: Fraud, Identity Theft, and Consumer Protection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Essential question: What should a consumer do before and after suspected fraud?</w:t>
      </w:r>
    </w:p>
    <w:p>
      <w:pPr>
        <w:autoSpaceDN w:val="0"/>
        <w:autoSpaceDE w:val="0"/>
        <w:widowControl/>
        <w:spacing w:line="197" w:lineRule="auto" w:before="298" w:after="5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Vocabulary warm-up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My meaning or sketch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Example / nonexample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phishing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fraud alert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credit freeze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consumer protection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4" w:after="0"/>
        <w:ind w:left="1082" w:right="360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Scenario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A text claims an account is locked and requests a password through a link.</w:t>
      </w:r>
    </w:p>
    <w:p>
      <w:pPr>
        <w:autoSpaceDN w:val="0"/>
        <w:tabs>
          <w:tab w:pos="1442" w:val="left"/>
        </w:tabs>
        <w:autoSpaceDE w:val="0"/>
        <w:widowControl/>
        <w:spacing w:line="254" w:lineRule="auto" w:before="298" w:after="0"/>
        <w:ind w:left="1082" w:right="201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1 — Identify the decision</w:t>
      </w:r>
      <w:r>
        <w:br/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goal is the character trying to reach? 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limits or constraints matter? _____________________________________________________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Which facts are most important? ______________________________________________________</w:t>
      </w:r>
    </w:p>
    <w:p>
      <w:pPr>
        <w:autoSpaceDN w:val="0"/>
        <w:autoSpaceDE w:val="0"/>
        <w:widowControl/>
        <w:spacing w:line="197" w:lineRule="auto" w:before="298" w:after="48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2 — Work the evidence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Evidence or calculation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What it means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Check or correction</w:t>
            </w:r>
          </w:p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46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3 — Compare choices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2340"/>
        <w:gridCol w:w="2340"/>
        <w:gridCol w:w="2340"/>
        <w:gridCol w:w="2340"/>
      </w:tblGrid>
      <w:tr>
        <w:trPr>
          <w:trHeight w:hRule="exact" w:val="620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Choice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Benefit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Cost / risk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 xml:space="preserve">Who or what goal does it </w:t>
            </w: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fit?</w:t>
            </w:r>
          </w:p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A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B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C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2" w:after="0"/>
        <w:ind w:left="1082" w:right="3888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Task 4 — Make and defend a decision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Students analyze five messages and write a first-24-hours response plan.</w:t>
      </w:r>
    </w:p>
    <w:p>
      <w:pPr>
        <w:autoSpaceDN w:val="0"/>
        <w:autoSpaceDE w:val="0"/>
        <w:widowControl/>
        <w:spacing w:line="341" w:lineRule="auto" w:before="162" w:after="0"/>
        <w:ind w:left="1082" w:right="2304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My recommendation: 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1: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2: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Tradeoff, risk, or consequence: ___________________________________________________________</w:t>
      </w:r>
    </w:p>
    <w:p>
      <w:pPr>
        <w:autoSpaceDN w:val="0"/>
        <w:tabs>
          <w:tab w:pos="3608" w:val="left"/>
          <w:tab w:pos="3856" w:val="left"/>
        </w:tabs>
        <w:autoSpaceDE w:val="0"/>
        <w:widowControl/>
        <w:spacing w:line="250" w:lineRule="exact" w:before="202" w:after="0"/>
        <w:ind w:left="2866" w:right="3600" w:firstLine="0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NYSED-aligned local curriculum resource • Use fictitious data only </w:t>
      </w:r>
      <w:r>
        <w:br/>
      </w: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250" w:lineRule="auto" w:before="126" w:after="0"/>
        <w:ind w:left="1082" w:right="187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Changed condition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Your teacher will change one fact. Write the new fact, revise your choice, and explain why it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changed or stayed the same.</w:t>
      </w:r>
    </w:p>
    <w:p>
      <w:pPr>
        <w:autoSpaceDN w:val="0"/>
        <w:autoSpaceDE w:val="0"/>
        <w:widowControl/>
        <w:spacing w:line="257" w:lineRule="auto" w:before="162" w:after="0"/>
        <w:ind w:left="1082" w:right="2016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New fact: ______________________________ Revised choice and explanation: 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250" w:lineRule="auto" w:before="298" w:after="0"/>
        <w:ind w:left="1082" w:right="1008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Exit ticket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Answer the essential question in 2-4 complete sentences. Use “phishing” or another lesson term and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one scenario fact.</w:t>
      </w:r>
    </w:p>
    <w:p>
      <w:pPr>
        <w:autoSpaceDN w:val="0"/>
        <w:autoSpaceDE w:val="0"/>
        <w:widowControl/>
        <w:spacing w:line="257" w:lineRule="auto" w:before="370" w:after="0"/>
        <w:ind w:left="1082" w:right="2592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________________________________________________________________________________________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298" w:after="24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Self-check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40.0" w:type="dxa"/>
      </w:tblPr>
      <w:tblGrid>
        <w:gridCol w:w="1872"/>
        <w:gridCol w:w="1872"/>
        <w:gridCol w:w="1872"/>
        <w:gridCol w:w="1872"/>
        <w:gridCol w:w="1872"/>
      </w:tblGrid>
      <w:tr>
        <w:trPr>
          <w:trHeight w:hRule="exact" w:val="312"/>
        </w:trPr>
        <w:tc>
          <w:tcPr>
            <w:tcW w:type="dxa" w:w="312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5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answered every part. </w:t>
            </w:r>
          </w:p>
        </w:tc>
        <w:tc>
          <w:tcPr>
            <w:tcW w:type="dxa" w:w="2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checked calculations. </w:t>
            </w:r>
          </w:p>
        </w:tc>
        <w:tc>
          <w:tcPr>
            <w:tcW w:type="dxa" w:w="19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evidence. </w:t>
            </w:r>
          </w:p>
        </w:tc>
        <w:tc>
          <w:tcPr>
            <w:tcW w:type="dxa" w:w="28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explained a </w:t>
            </w:r>
          </w:p>
        </w:tc>
      </w:tr>
      <w:tr>
        <w:trPr>
          <w:trHeight w:hRule="exact" w:val="386"/>
        </w:trPr>
        <w:tc>
          <w:tcPr>
            <w:tcW w:type="dxa" w:w="1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0" w:right="20" w:firstLine="0"/>
              <w:jc w:val="righ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consequence. </w:t>
            </w:r>
          </w:p>
        </w:tc>
        <w:tc>
          <w:tcPr>
            <w:tcW w:type="dxa" w:w="378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36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only fictional information.</w:t>
            </w:r>
          </w:p>
        </w:tc>
        <w:tc>
          <w:tcPr>
            <w:tcW w:type="dxa" w:w="1872"/>
            <w:vMerge/>
            <w:tcBorders/>
          </w:tcPr>
          <w:p/>
        </w:tc>
        <w:tc>
          <w:tcPr>
            <w:tcW w:type="dxa" w:w="1872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40" w:lineRule="auto" w:before="8656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tabs>
          <w:tab w:pos="3856" w:val="left"/>
        </w:tabs>
        <w:autoSpaceDE w:val="0"/>
        <w:widowControl/>
        <w:spacing w:line="236" w:lineRule="exact" w:before="28" w:after="0"/>
        <w:ind w:left="2866" w:right="3744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74" w:lineRule="auto" w:before="0" w:after="0"/>
        <w:ind w:left="1082" w:right="1008" w:firstLine="6802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CFMNY • PERSONAL FINANCE EDUCATION </w:t>
      </w:r>
      <w:r>
        <w:rPr>
          <w:rFonts w:ascii="Carlito" w:hAnsi="Carlito" w:eastAsia="Carlito"/>
          <w:b/>
          <w:i w:val="0"/>
          <w:color w:val="17375E"/>
          <w:sz w:val="34"/>
        </w:rPr>
        <w:t xml:space="preserve">Lesson 9: Emergency Savings and Investment Foundations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Essential question: How should goal timing affect where money is placed?</w:t>
      </w:r>
    </w:p>
    <w:p>
      <w:pPr>
        <w:autoSpaceDN w:val="0"/>
        <w:autoSpaceDE w:val="0"/>
        <w:widowControl/>
        <w:spacing w:line="197" w:lineRule="auto" w:before="298" w:after="5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Vocabulary warm-up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My meaning or sketch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Example / nonexample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liquidity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time horizon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risk tolerance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asset allocation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4" w:after="0"/>
        <w:ind w:left="1082" w:right="475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Scenario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A student has emergency, 3-year, 10-year, and retirement goals.</w:t>
      </w:r>
    </w:p>
    <w:p>
      <w:pPr>
        <w:autoSpaceDN w:val="0"/>
        <w:tabs>
          <w:tab w:pos="1442" w:val="left"/>
        </w:tabs>
        <w:autoSpaceDE w:val="0"/>
        <w:widowControl/>
        <w:spacing w:line="254" w:lineRule="auto" w:before="298" w:after="0"/>
        <w:ind w:left="1082" w:right="201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1 — Identify the decision</w:t>
      </w:r>
      <w:r>
        <w:br/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goal is the character trying to reach? 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limits or constraints matter? _____________________________________________________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Which facts are most important? ______________________________________________________</w:t>
      </w:r>
    </w:p>
    <w:p>
      <w:pPr>
        <w:autoSpaceDN w:val="0"/>
        <w:autoSpaceDE w:val="0"/>
        <w:widowControl/>
        <w:spacing w:line="197" w:lineRule="auto" w:before="298" w:after="48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2 — Work the evidence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Evidence or calculation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What it means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Check or correction</w:t>
            </w:r>
          </w:p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46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3 — Compare choices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2340"/>
        <w:gridCol w:w="2340"/>
        <w:gridCol w:w="2340"/>
        <w:gridCol w:w="2340"/>
      </w:tblGrid>
      <w:tr>
        <w:trPr>
          <w:trHeight w:hRule="exact" w:val="620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Choice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Benefit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Cost / risk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 xml:space="preserve">Who or what goal does it </w:t>
            </w: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fit?</w:t>
            </w:r>
          </w:p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A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B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C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2" w:after="0"/>
        <w:ind w:left="1082" w:right="5184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Task 4 — Make and defend a decision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Students allocate a fictional $5,000 and justify each bucket.</w:t>
      </w:r>
    </w:p>
    <w:p>
      <w:pPr>
        <w:autoSpaceDN w:val="0"/>
        <w:autoSpaceDE w:val="0"/>
        <w:widowControl/>
        <w:spacing w:line="341" w:lineRule="auto" w:before="162" w:after="0"/>
        <w:ind w:left="1082" w:right="2304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My recommendation: 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1: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2: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Tradeoff, risk, or consequence: ___________________________________________________________</w:t>
      </w:r>
    </w:p>
    <w:p>
      <w:pPr>
        <w:autoSpaceDN w:val="0"/>
        <w:tabs>
          <w:tab w:pos="3608" w:val="left"/>
          <w:tab w:pos="3856" w:val="left"/>
        </w:tabs>
        <w:autoSpaceDE w:val="0"/>
        <w:widowControl/>
        <w:spacing w:line="250" w:lineRule="exact" w:before="202" w:after="0"/>
        <w:ind w:left="2866" w:right="3600" w:firstLine="0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NYSED-aligned local curriculum resource • Use fictitious data only </w:t>
      </w:r>
      <w:r>
        <w:br/>
      </w: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250" w:lineRule="auto" w:before="126" w:after="0"/>
        <w:ind w:left="1082" w:right="187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Changed condition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Your teacher will change one fact. Write the new fact, revise your choice, and explain why it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changed or stayed the same.</w:t>
      </w:r>
    </w:p>
    <w:p>
      <w:pPr>
        <w:autoSpaceDN w:val="0"/>
        <w:autoSpaceDE w:val="0"/>
        <w:widowControl/>
        <w:spacing w:line="257" w:lineRule="auto" w:before="162" w:after="0"/>
        <w:ind w:left="1082" w:right="2016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New fact: ______________________________ Revised choice and explanation: 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250" w:lineRule="auto" w:before="298" w:after="0"/>
        <w:ind w:left="1082" w:right="115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Exit ticket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Answer the essential question in 2-4 complete sentences. Use “liquidity” or another lesson term and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one scenario fact.</w:t>
      </w:r>
    </w:p>
    <w:p>
      <w:pPr>
        <w:autoSpaceDN w:val="0"/>
        <w:autoSpaceDE w:val="0"/>
        <w:widowControl/>
        <w:spacing w:line="257" w:lineRule="auto" w:before="370" w:after="0"/>
        <w:ind w:left="1082" w:right="2592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________________________________________________________________________________________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298" w:after="24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Self-check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40.0" w:type="dxa"/>
      </w:tblPr>
      <w:tblGrid>
        <w:gridCol w:w="1872"/>
        <w:gridCol w:w="1872"/>
        <w:gridCol w:w="1872"/>
        <w:gridCol w:w="1872"/>
        <w:gridCol w:w="1872"/>
      </w:tblGrid>
      <w:tr>
        <w:trPr>
          <w:trHeight w:hRule="exact" w:val="312"/>
        </w:trPr>
        <w:tc>
          <w:tcPr>
            <w:tcW w:type="dxa" w:w="312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5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answered every part. </w:t>
            </w:r>
          </w:p>
        </w:tc>
        <w:tc>
          <w:tcPr>
            <w:tcW w:type="dxa" w:w="2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checked calculations. </w:t>
            </w:r>
          </w:p>
        </w:tc>
        <w:tc>
          <w:tcPr>
            <w:tcW w:type="dxa" w:w="19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evidence. </w:t>
            </w:r>
          </w:p>
        </w:tc>
        <w:tc>
          <w:tcPr>
            <w:tcW w:type="dxa" w:w="28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explained a </w:t>
            </w:r>
          </w:p>
        </w:tc>
      </w:tr>
      <w:tr>
        <w:trPr>
          <w:trHeight w:hRule="exact" w:val="386"/>
        </w:trPr>
        <w:tc>
          <w:tcPr>
            <w:tcW w:type="dxa" w:w="1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0" w:right="20" w:firstLine="0"/>
              <w:jc w:val="righ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consequence. </w:t>
            </w:r>
          </w:p>
        </w:tc>
        <w:tc>
          <w:tcPr>
            <w:tcW w:type="dxa" w:w="378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36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only fictional information.</w:t>
            </w:r>
          </w:p>
        </w:tc>
        <w:tc>
          <w:tcPr>
            <w:tcW w:type="dxa" w:w="1872"/>
            <w:vMerge/>
            <w:tcBorders/>
          </w:tcPr>
          <w:p/>
        </w:tc>
        <w:tc>
          <w:tcPr>
            <w:tcW w:type="dxa" w:w="1872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40" w:lineRule="auto" w:before="8656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tabs>
          <w:tab w:pos="3856" w:val="left"/>
        </w:tabs>
        <w:autoSpaceDE w:val="0"/>
        <w:widowControl/>
        <w:spacing w:line="236" w:lineRule="exact" w:before="28" w:after="0"/>
        <w:ind w:left="2866" w:right="3744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74" w:lineRule="auto" w:before="0" w:after="0"/>
        <w:ind w:left="1082" w:right="1008" w:firstLine="6802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CFMNY • PERSONAL FINANCE EDUCATION </w:t>
      </w:r>
      <w:r>
        <w:rPr>
          <w:rFonts w:ascii="Carlito" w:hAnsi="Carlito" w:eastAsia="Carlito"/>
          <w:b/>
          <w:i w:val="0"/>
          <w:color w:val="17375E"/>
          <w:sz w:val="34"/>
        </w:rPr>
        <w:t xml:space="preserve">Lesson 10: Portfolio Evaluation and Retirement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Essential question: How can an investor evaluate a plan rather than chase recent performance?</w:t>
      </w:r>
    </w:p>
    <w:p>
      <w:pPr>
        <w:autoSpaceDN w:val="0"/>
        <w:autoSpaceDE w:val="0"/>
        <w:widowControl/>
        <w:spacing w:line="197" w:lineRule="auto" w:before="298" w:after="50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Vocabulary warm-up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My meaning or sketch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Example / nonexample</w:t>
            </w:r>
          </w:p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diversification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expense ratio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compound return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3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rebalancing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5" w:lineRule="auto" w:before="584" w:after="0"/>
        <w:ind w:left="1082" w:right="3168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Scenario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Two diversified funds differ in fees; a concentrated stock recently rose rapidly.</w:t>
      </w:r>
    </w:p>
    <w:p>
      <w:pPr>
        <w:autoSpaceDN w:val="0"/>
        <w:tabs>
          <w:tab w:pos="1442" w:val="left"/>
        </w:tabs>
        <w:autoSpaceDE w:val="0"/>
        <w:widowControl/>
        <w:spacing w:line="254" w:lineRule="auto" w:before="298" w:after="0"/>
        <w:ind w:left="1082" w:right="2016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1 — Identify the decision</w:t>
      </w:r>
      <w:r>
        <w:br/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goal is the character trying to reach? 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What limits or constraints matter? _____________________________________________________</w:t>
      </w: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Which facts are most important? ______________________________________________________</w:t>
      </w:r>
    </w:p>
    <w:p>
      <w:pPr>
        <w:autoSpaceDN w:val="0"/>
        <w:autoSpaceDE w:val="0"/>
        <w:widowControl/>
        <w:spacing w:line="197" w:lineRule="auto" w:before="298" w:after="48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2 — Work the evidence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3120"/>
        <w:gridCol w:w="3120"/>
        <w:gridCol w:w="3120"/>
      </w:tblGrid>
      <w:tr>
        <w:trPr>
          <w:trHeight w:hRule="exact" w:val="37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Evidence or calculation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What it means</w:t>
            </w:r>
          </w:p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Check or correction</w:t>
            </w:r>
          </w:p>
        </w:tc>
      </w:tr>
      <w:tr>
        <w:trPr>
          <w:trHeight w:hRule="exact" w:val="336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4"/>
        </w:trPr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84" w:after="46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Task 3 — Compare choices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80.0" w:type="dxa"/>
      </w:tblPr>
      <w:tblGrid>
        <w:gridCol w:w="2340"/>
        <w:gridCol w:w="2340"/>
        <w:gridCol w:w="2340"/>
        <w:gridCol w:w="2340"/>
      </w:tblGrid>
      <w:tr>
        <w:trPr>
          <w:trHeight w:hRule="exact" w:val="620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Choice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Benefit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4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Cost / risk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7375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 xml:space="preserve">Who or what goal does it </w:t>
            </w:r>
            <w:r>
              <w:rPr>
                <w:rFonts w:ascii="Noto Serif" w:hAnsi="Noto Serif" w:eastAsia="Noto Serif"/>
                <w:b/>
                <w:i w:val="0"/>
                <w:color w:val="FFFFFF"/>
                <w:sz w:val="18"/>
              </w:rPr>
              <w:t>fit?</w:t>
            </w:r>
          </w:p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6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A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6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B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38"/>
        </w:trPr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8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17"/>
              </w:rPr>
              <w:t>Option C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3f6fa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329" w:lineRule="auto" w:before="582" w:after="0"/>
        <w:ind w:left="1082" w:right="2304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Task 4 — Make and defend a decision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Students evaluate three portfolios and revise one after the time horizon changes.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My recommendation: 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1: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Evidence 2: 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Tradeoff, risk, or consequence: ___________________________________________________________</w:t>
      </w:r>
    </w:p>
    <w:p>
      <w:pPr>
        <w:autoSpaceDN w:val="0"/>
        <w:tabs>
          <w:tab w:pos="3608" w:val="left"/>
          <w:tab w:pos="3856" w:val="left"/>
        </w:tabs>
        <w:autoSpaceDE w:val="0"/>
        <w:widowControl/>
        <w:spacing w:line="250" w:lineRule="exact" w:before="202" w:after="0"/>
        <w:ind w:left="2866" w:right="3600" w:firstLine="0"/>
        <w:jc w:val="lef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 xml:space="preserve">NYSED-aligned local curriculum resource • Use fictitious data only </w:t>
      </w:r>
      <w:r>
        <w:br/>
      </w: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250" w:lineRule="auto" w:before="126" w:after="0"/>
        <w:ind w:left="1082" w:right="1872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Changed condition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Your teacher will change one fact. Write the new fact, revise your choice, and explain why it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changed or stayed the same.</w:t>
      </w:r>
    </w:p>
    <w:p>
      <w:pPr>
        <w:autoSpaceDN w:val="0"/>
        <w:autoSpaceDE w:val="0"/>
        <w:widowControl/>
        <w:spacing w:line="257" w:lineRule="auto" w:before="162" w:after="0"/>
        <w:ind w:left="1082" w:right="2016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New fact: ______________________________ Revised choice and explanation: 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250" w:lineRule="auto" w:before="298" w:after="0"/>
        <w:ind w:left="1082" w:right="144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 xml:space="preserve">Exit ticket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Answer the essential question in 2-4 complete sentences. Use “diversification” or another lesson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term and one scenario fact.</w:t>
      </w:r>
    </w:p>
    <w:p>
      <w:pPr>
        <w:autoSpaceDN w:val="0"/>
        <w:autoSpaceDE w:val="0"/>
        <w:widowControl/>
        <w:spacing w:line="257" w:lineRule="auto" w:before="370" w:after="0"/>
        <w:ind w:left="1082" w:right="2592" w:firstLine="0"/>
        <w:jc w:val="left"/>
      </w:pP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________________________________________________________________________________________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298" w:after="24"/>
        <w:ind w:left="1082" w:right="0" w:firstLine="0"/>
        <w:jc w:val="left"/>
      </w:pPr>
      <w:r>
        <w:rPr>
          <w:rFonts w:ascii="Carlito" w:hAnsi="Carlito" w:eastAsia="Carlito"/>
          <w:b/>
          <w:i w:val="0"/>
          <w:color w:val="2E74B5"/>
          <w:sz w:val="26"/>
        </w:rPr>
        <w:t>Self-check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40.0" w:type="dxa"/>
      </w:tblPr>
      <w:tblGrid>
        <w:gridCol w:w="1872"/>
        <w:gridCol w:w="1872"/>
        <w:gridCol w:w="1872"/>
        <w:gridCol w:w="1872"/>
        <w:gridCol w:w="1872"/>
      </w:tblGrid>
      <w:tr>
        <w:trPr>
          <w:trHeight w:hRule="exact" w:val="312"/>
        </w:trPr>
        <w:tc>
          <w:tcPr>
            <w:tcW w:type="dxa" w:w="312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5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answered every part. </w:t>
            </w:r>
          </w:p>
        </w:tc>
        <w:tc>
          <w:tcPr>
            <w:tcW w:type="dxa" w:w="2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checked calculations. </w:t>
            </w:r>
          </w:p>
        </w:tc>
        <w:tc>
          <w:tcPr>
            <w:tcW w:type="dxa" w:w="19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0" w:right="0" w:firstLine="0"/>
              <w:jc w:val="center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evidence. </w:t>
            </w:r>
          </w:p>
        </w:tc>
        <w:tc>
          <w:tcPr>
            <w:tcW w:type="dxa" w:w="28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4" w:after="0"/>
              <w:ind w:left="42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explained a </w:t>
            </w:r>
          </w:p>
        </w:tc>
      </w:tr>
      <w:tr>
        <w:trPr>
          <w:trHeight w:hRule="exact" w:val="386"/>
        </w:trPr>
        <w:tc>
          <w:tcPr>
            <w:tcW w:type="dxa" w:w="1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0" w:right="20" w:firstLine="0"/>
              <w:jc w:val="right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consequence. </w:t>
            </w:r>
          </w:p>
        </w:tc>
        <w:tc>
          <w:tcPr>
            <w:tcW w:type="dxa" w:w="378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0" w:after="0"/>
              <w:ind w:left="36" w:right="0" w:firstLine="0"/>
              <w:jc w:val="left"/>
            </w:pPr>
            <w:r>
              <w:rPr>
                <w:rFonts w:ascii="DejaVu Serif" w:hAnsi="DejaVu Serif" w:eastAsia="DejaVu Serif"/>
                <w:b w:val="0"/>
                <w:i w:val="0"/>
                <w:color w:val="000000"/>
                <w:sz w:val="21"/>
              </w:rPr>
              <w:t>□</w:t>
            </w:r>
            <w:r>
              <w:rPr>
                <w:rFonts w:ascii="Noto Serif" w:hAnsi="Noto Serif" w:eastAsia="Noto Serif"/>
                <w:b w:val="0"/>
                <w:i w:val="0"/>
                <w:color w:val="000000"/>
                <w:sz w:val="21"/>
              </w:rPr>
              <w:t xml:space="preserve"> I used only fictional information.</w:t>
            </w:r>
          </w:p>
        </w:tc>
        <w:tc>
          <w:tcPr>
            <w:tcW w:type="dxa" w:w="1872"/>
            <w:vMerge/>
            <w:tcBorders/>
          </w:tcPr>
          <w:p/>
        </w:tc>
        <w:tc>
          <w:tcPr>
            <w:tcW w:type="dxa" w:w="1872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40" w:lineRule="auto" w:before="8656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tabs>
          <w:tab w:pos="3856" w:val="left"/>
        </w:tabs>
        <w:autoSpaceDE w:val="0"/>
        <w:widowControl/>
        <w:spacing w:line="236" w:lineRule="exact" w:before="28" w:after="0"/>
        <w:ind w:left="2866" w:right="3744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p>
      <w:pPr>
        <w:sectPr>
          <w:pgSz w:w="12240" w:h="15840"/>
          <w:pgMar w:top="36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1080" w:firstLine="0"/>
        <w:jc w:val="right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CFMNY • PERSONAL FINANCE EDUCATION</w:t>
      </w:r>
    </w:p>
    <w:p>
      <w:pPr>
        <w:autoSpaceDN w:val="0"/>
        <w:autoSpaceDE w:val="0"/>
        <w:widowControl/>
        <w:spacing w:line="257" w:lineRule="auto" w:before="146" w:after="0"/>
        <w:ind w:left="1082" w:right="1152" w:firstLine="0"/>
        <w:jc w:val="left"/>
      </w:pPr>
      <w:r>
        <w:rPr>
          <w:rFonts w:ascii="Carlito" w:hAnsi="Carlito" w:eastAsia="Carlito"/>
          <w:b/>
          <w:i w:val="0"/>
          <w:color w:val="17375E"/>
          <w:sz w:val="34"/>
        </w:rPr>
        <w:t xml:space="preserve">Alignment and official sources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This locally adaptable resource addresses NYSED’s five required Personal Finance Education topics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and published grade-band objectives. NYSED does not mandate or approve a particular local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curriculum. Districts remain responsible for implementation, certification, accessibility, privacy 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review, and verification.</w:t>
      </w:r>
    </w:p>
    <w:p>
      <w:pPr>
        <w:autoSpaceDN w:val="0"/>
        <w:tabs>
          <w:tab w:pos="1442" w:val="left"/>
        </w:tabs>
        <w:autoSpaceDE w:val="0"/>
        <w:widowControl/>
        <w:spacing w:line="257" w:lineRule="auto" w:before="162" w:after="0"/>
        <w:ind w:left="1082" w:right="1584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NYSED Personal Finance Education: https://www.nysed.gov/standards-instruction/personal-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finance-education</w:t>
      </w:r>
    </w:p>
    <w:p>
      <w:pPr>
        <w:autoSpaceDN w:val="0"/>
        <w:tabs>
          <w:tab w:pos="1442" w:val="left"/>
        </w:tabs>
        <w:autoSpaceDE w:val="0"/>
        <w:widowControl/>
        <w:spacing w:line="257" w:lineRule="auto" w:before="42" w:after="0"/>
        <w:ind w:left="1082" w:right="2592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 xml:space="preserve">NYSED Personal Finance Topics &amp; Grade Bands: </w:t>
      </w:r>
      <w:r>
        <w:br/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https://www.nysed.gov/standards-instruction/personal-finance-topics-grade-bands</w:t>
      </w:r>
    </w:p>
    <w:p>
      <w:pPr>
        <w:autoSpaceDN w:val="0"/>
        <w:tabs>
          <w:tab w:pos="1442" w:val="left"/>
        </w:tabs>
        <w:autoSpaceDE w:val="0"/>
        <w:widowControl/>
        <w:spacing w:line="257" w:lineRule="auto" w:before="42" w:after="0"/>
        <w:ind w:left="1082" w:right="1152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NYSED Personal Finance Education FAQ: https://www.nysed.gov/standards-instruction/personal-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finance-education-faq</w:t>
      </w:r>
    </w:p>
    <w:p>
      <w:pPr>
        <w:autoSpaceDN w:val="0"/>
        <w:tabs>
          <w:tab w:pos="1442" w:val="left"/>
        </w:tabs>
        <w:autoSpaceDE w:val="0"/>
        <w:widowControl/>
        <w:spacing w:line="257" w:lineRule="auto" w:before="42" w:after="0"/>
        <w:ind w:left="1082" w:right="1296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NYSED Guidance &amp; Resources: https://www.nysed.gov/standards-instruction/personal-finance-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guidance-resources</w:t>
      </w:r>
    </w:p>
    <w:p>
      <w:pPr>
        <w:autoSpaceDN w:val="0"/>
        <w:tabs>
          <w:tab w:pos="1442" w:val="left"/>
        </w:tabs>
        <w:autoSpaceDE w:val="0"/>
        <w:widowControl/>
        <w:spacing w:line="257" w:lineRule="auto" w:before="42" w:after="0"/>
        <w:ind w:left="1082" w:right="1440" w:firstLine="0"/>
        <w:jc w:val="left"/>
      </w:pPr>
      <w:r>
        <w:rPr>
          <w:rFonts w:ascii="OpenSymbol" w:hAnsi="OpenSymbol" w:eastAsia="OpenSymbol"/>
          <w:b w:val="0"/>
          <w:i w:val="0"/>
          <w:color w:val="000000"/>
          <w:sz w:val="21"/>
        </w:rPr>
        <w:t>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NYSED March 2026 Implementation Memorandum: https://www.nysed.gov/memo/standards-</w:t>
      </w:r>
      <w:r>
        <w:rPr>
          <w:rFonts w:ascii="Noto Serif" w:hAnsi="Noto Serif" w:eastAsia="Noto Serif"/>
          <w:b w:val="0"/>
          <w:i w:val="0"/>
          <w:color w:val="000000"/>
          <w:sz w:val="21"/>
        </w:rPr>
        <w:t>instruction/amendment-section-1002-regulations-commissioner-education-require</w:t>
      </w:r>
    </w:p>
    <w:p>
      <w:pPr>
        <w:autoSpaceDN w:val="0"/>
        <w:autoSpaceDE w:val="0"/>
        <w:widowControl/>
        <w:spacing w:line="240" w:lineRule="auto" w:before="8746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59636E"/>
          <w:sz w:val="16"/>
        </w:rPr>
        <w:t>NYSED-aligned local curriculum resource • Use fictitious data only</w:t>
      </w:r>
    </w:p>
    <w:p>
      <w:pPr>
        <w:autoSpaceDN w:val="0"/>
        <w:tabs>
          <w:tab w:pos="3856" w:val="left"/>
        </w:tabs>
        <w:autoSpaceDE w:val="0"/>
        <w:widowControl/>
        <w:spacing w:line="236" w:lineRule="exact" w:before="28" w:after="0"/>
        <w:ind w:left="2866" w:right="3744" w:firstLine="0"/>
        <w:jc w:val="left"/>
      </w:pPr>
      <w:r>
        <w:rPr>
          <w:w w:val="97.33333587646484"/>
          <w:rFonts w:ascii="Helvetica" w:hAnsi="Helvetica" w:eastAsia="Helvetica"/>
          <w:b/>
          <w:i w:val="0"/>
          <w:color w:val="0F3669"/>
          <w:sz w:val="15"/>
        </w:rPr>
        <w:t xml:space="preserve">Created by CFMNY.org and provided free for educational use. </w:t>
      </w:r>
      <w:r>
        <w:br/>
      </w:r>
      <w:r>
        <w:tab/>
      </w:r>
      <w:r>
        <w:rPr>
          <w:w w:val="97.14285986764091"/>
          <w:rFonts w:ascii="Helvetica" w:hAnsi="Helvetica" w:eastAsia="Helvetica"/>
          <w:b w:val="0"/>
          <w:i w:val="0"/>
          <w:color w:val="4B5563"/>
          <w:sz w:val="14"/>
        </w:rPr>
        <w:t>Free for classroom use. May not be sold or republished without permission.</w:t>
      </w:r>
    </w:p>
    <w:sectPr w:rsidR="00FC693F" w:rsidRPr="0006063C" w:rsidSect="00034616">
      <w:pgSz w:w="12240" w:h="15840"/>
      <w:pgMar w:top="360" w:right="0" w:bottom="0" w:left="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