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ENTREPRENEURSHIP PLANNING</w:t>
      </w:r>
    </w:p>
    <w:p>
      <w:pPr>
        <w:pStyle w:val="Title"/>
      </w:pPr>
      <w:r>
        <w:t>Evaluating a Business Idea with Market Evidence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Define a customer problem, analyze research, compare alternatives, and design a low-cost test for a fictional business idea.</w:t>
            </w:r>
          </w:p>
        </w:tc>
      </w:tr>
    </w:tbl>
    <w:p>
      <w:pPr>
        <w:spacing w:after="0"/>
      </w:pPr>
    </w:p>
    <w:p>
      <w:pPr>
        <w:pStyle w:val="Heading1"/>
      </w:pPr>
      <w:r>
        <w:t>A Business Idea Becomes Stronger When Evidence Tests the Assumptions</w:t>
      </w:r>
    </w:p>
    <w:p>
      <w:r>
        <w:t>A business idea is an assumption until evidence shows that a specific customer has a meaningful problem and is willing to choose and pay for the solution. Strong research separates facts, estimates, opinions, and unanswered questions.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Target market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Specific group a business intends to serve.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problem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Need or difficulty the product or service addresses.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Market research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Information gathered to understand customers and demand.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Competitive analysis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Comparison of businesses and alternatives serving the same need.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Prototype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Simple early version used for testing.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Value proposition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Reason a customer might choose one solution over another.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Define the Customer and Problem</w:t>
      </w:r>
    </w:p>
    <w:p>
      <w:r>
        <w:t>A student team proposes QuickStudy Kits: reusable study-planning kits sold to local high school students.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Claim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Current assumption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needed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How to test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Target customer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Students ages 14-18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Problem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Students lose track of assignments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Current solution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Phone reminders or paper planners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Buying decision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Student or parent pays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Acceptable price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$18-$24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Turn each assumption into a neutral research question.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Analyze Fictional Research Results</w:t>
      </w:r>
    </w:p>
    <w:p>
      <w:r>
        <w:t>A neutral survey reached 120 students.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Result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Percent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it suggests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Often misses deadlines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54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Uses no planning system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Would test a sample kit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66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Would pay at least $20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Parent likely pays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48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percentages. Explain why interest does not guarantee a purchase.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Alternatives</w:t>
      </w:r>
    </w:p>
    <w:p>
      <w:r>
        <w:t>Review how customers already solve the problem.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Alternative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Strength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Weakness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question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Free phone app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Already available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Notifications ignored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Paper planner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Familiar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Not customized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Tutoring center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$40/session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 help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High cost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QuickStudy Kit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$22 planned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Reusable system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Unproven demand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Identify direct and indirect competition and one possible advantage that still needs testing.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Design a Low-Cost Market Test</w:t>
      </w:r>
    </w:p>
    <w:p>
      <w:r>
        <w:t>The team has $150 and two weeks.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Test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plan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Question or hypothesis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Sample customer group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Prototype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Price test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Success measure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Ethics/privacy safeguard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Decision rule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Next step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Design a test that gathers behavior or purchase evidence, not only compliments.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Business-Idea Evidence Brief</w:t>
      </w:r>
    </w:p>
    <w:p>
      <w:r>
        <w:t>Decide whether to continue, revise, or pause QuickStudy Kits.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Customer/problem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Survey percentages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Competition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Price evidence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Test plan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Main risk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Decision rule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Qualified recommendation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using at least four figures and four next-step questions.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