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434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3252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Career Cluster Match</w:t>
      </w:r>
    </w:p>
    <w:p>
      <w:pPr>
        <w:autoSpaceDN w:val="0"/>
        <w:autoSpaceDE w:val="0"/>
        <w:widowControl/>
        <w:spacing w:line="272" w:lineRule="exact" w:before="402" w:after="240"/>
        <w:ind w:left="0" w:right="368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Build an evidence-based shortlist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14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You can attend only three sessions at a school career fair. Your job is to use evidence—not guesses—to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766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decide which career clusters deserve a closer look.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54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Student Profile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MEET TAYLOR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986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Taylor enjoys solving problems, using technology, helping people one-on-one, and working with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964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numbers. Taylor dislikes highly repetitive tasks and prefers a mix of independent work and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2"/>
        </w:trPr>
        <w:tc>
          <w:tcPr>
            <w:tcW w:type="dxa" w:w="1024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collaboration. Taylor is willing to continue education after high school but wants to understand the time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4"/>
        </w:trPr>
        <w:tc>
          <w:tcPr>
            <w:tcW w:type="dxa" w:w="700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and cost before choosing a pathway.</w:t>
            </w:r>
          </w:p>
        </w:tc>
      </w:tr>
    </w:tbl>
    <w:p>
      <w:pPr>
        <w:autoSpaceDN w:val="0"/>
        <w:autoSpaceDE w:val="0"/>
        <w:widowControl/>
        <w:spacing w:line="366" w:lineRule="exact" w:before="794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Evidence Hunt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List four details from Taylor's profile that should influence the decision.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0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42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66" w:lineRule="exact" w:before="520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Cluster Snapshots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Cluster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Typical work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Common skills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Taylor fit 1–5</w:t>
            </w:r>
          </w:p>
        </w:tc>
      </w:tr>
      <w:tr>
        <w:trPr>
          <w:trHeight w:hRule="exact" w:val="82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Health Science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patient care, diagnostics,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health technology,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records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communication, science,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precision, empathy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830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Information Technology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software, networks,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cybersecurity, user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support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problem solving,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technology, analysis,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communication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</w:tbl>
    <w:p>
      <w:pPr>
        <w:autoSpaceDN w:val="0"/>
        <w:autoSpaceDE w:val="0"/>
        <w:widowControl/>
        <w:spacing w:line="272" w:lineRule="exact" w:before="8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2"/>
        <w:ind w:left="0" w:right="70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39"/>
        <w:gridCol w:w="2639"/>
        <w:gridCol w:w="2639"/>
        <w:gridCol w:w="2639"/>
      </w:tblGrid>
      <w:tr>
        <w:trPr>
          <w:trHeight w:hRule="exact" w:val="82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Finance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banking, accounting,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investing, insurance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numbers, analysis,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accuracy,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communication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832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Arts &amp; Communication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6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design, media, writing,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performance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4" w:right="86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creativity,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communication,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technology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82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Manufacturing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production,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maintenance, quality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systems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4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technical skill,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troubleshooting,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precision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832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Education &amp; Training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6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teaching, counseling,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training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4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communication,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planning, patience,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collaboration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</w:tbl>
    <w:p>
      <w:pPr>
        <w:autoSpaceDN w:val="0"/>
        <w:autoSpaceDE w:val="0"/>
        <w:widowControl/>
        <w:spacing w:line="366" w:lineRule="exact" w:before="478" w:after="52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3 — Build Your Shortlist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39"/>
        <w:gridCol w:w="2639"/>
        <w:gridCol w:w="2639"/>
        <w:gridCol w:w="2639"/>
      </w:tblGrid>
      <w:tr>
        <w:trPr>
          <w:trHeight w:hRule="exact" w:val="28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Rank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Cluster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Evidence #1 from profile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Evidence #2 from profile</w:t>
            </w:r>
          </w:p>
        </w:tc>
      </w:tr>
      <w:tr>
        <w:trPr>
          <w:trHeight w:hRule="exact" w:val="55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1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2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3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448" w:lineRule="exact" w:before="396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4 — Explain a Mismatch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Choose one cluster that ranks low. Explain why it is a weaker fit for Taylor without calling the careers in that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cluster 'bad.'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20" w:lineRule="exact" w:before="566" w:after="0"/>
        <w:ind w:left="120" w:right="28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5 — Cross-Cluster Challenge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Create or research one occupation that combines two clusters. Explain what knowledge from each cluster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the occupation uses.</w:t>
      </w:r>
    </w:p>
    <w:p>
      <w:pPr>
        <w:autoSpaceDN w:val="0"/>
        <w:autoSpaceDE w:val="0"/>
        <w:widowControl/>
        <w:spacing w:line="472" w:lineRule="exact" w:before="40" w:after="0"/>
        <w:ind w:left="0" w:right="2758" w:firstLine="0"/>
        <w:jc w:val="righ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864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22" w:lineRule="exact" w:before="0" w:after="0"/>
        <w:ind w:left="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Carlito" w:hAnsi="Carlito" w:eastAsia="Carlito"/>
          <w:b/>
          <w:i w:val="0"/>
          <w:color w:val="123A63"/>
          <w:sz w:val="30"/>
        </w:rPr>
        <w:t xml:space="preserve">Career Fair Question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Which cluster would you visit first, and what specific question would you ask a professional there?</w:t>
      </w:r>
    </w:p>
    <w:p>
      <w:pPr>
        <w:autoSpaceDN w:val="0"/>
        <w:autoSpaceDE w:val="0"/>
        <w:widowControl/>
        <w:spacing w:line="514" w:lineRule="exact" w:before="0" w:after="0"/>
        <w:ind w:left="0" w:right="3056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11110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914" w:bottom="360" w:left="93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