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ENTREPRENEURSHIP PLANNING</w:t>
      </w:r>
    </w:p>
    <w:p>
      <w:pPr>
        <w:pStyle w:val="Title"/>
      </w:pPr>
      <w:r>
        <w:t>Building a Startup Budget and Break-Even Plan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Classify startup and operating costs, calculate contribution and break-even units, and stress-test a fictional small-business plan.</w:t>
            </w:r>
          </w:p>
        </w:tc>
      </w:tr>
    </w:tbl>
    <w:p>
      <w:pPr>
        <w:spacing w:after="0"/>
      </w:pPr>
    </w:p>
    <w:p>
      <w:pPr>
        <w:pStyle w:val="Heading1"/>
      </w:pPr>
      <w:r>
        <w:t>A Business Idea Becomes Stronger When Evidence Tests the Assumptions</w:t>
      </w:r>
    </w:p>
    <w:p>
      <w:r>
        <w:t>A business can make sales and still lose money. Entrepreneurs need enough startup cash, a realistic cost structure, and a sales level that covers both fixed and variable costs. Break-even is an estimate based on assumptions, not a guarantee.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Startup cost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paid before or while opening a business.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 cost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that does not change directly with units sold during the period.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Variable cost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that changes with each unit sold.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Contribution per unit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Selling price minus variable cost per unit.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Break-even point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Sales level where total revenue equals total costs.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Profit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Revenue remaining after stated expenses.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Build the Startup-Cost Budget</w:t>
      </w:r>
    </w:p>
    <w:p>
      <w:r>
        <w:t>A fictional custom T-shirt business has the following pre-opening costs.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One-time or recurring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Must-have or delay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Heat press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Initial blank shirts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Design software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Business registration estimate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Website setup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Launch marketing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 cushion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Classify costs and calculate the cash needed before opening.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Separate Monthly Fixed and Variable Costs</w:t>
      </w:r>
    </w:p>
    <w:p>
      <w:r>
        <w:t>Monthly fixed costs: software $20, website $30, storage $150, insurance estimate $100, marketing $200. Variable cost per shirt: blank $6, ink/materials $2, packaging $1, payment fee $1.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Equation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fixed costs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Variable cost per shirt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Selling price per shirt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Contribution per shirt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fixed and variable costs are separated.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Calculate the Monthly Break-Even Point</w:t>
      </w:r>
    </w:p>
    <w:p>
      <w:r>
        <w:t>Break-even units = fixed costs / (price - variable cost per unit).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Step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Equation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Contribution per shirt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Exact break-even units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Whole shirts required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Sales revenue at break-even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Round up to a whole unit and explain why.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Stress-Test the Plan</w:t>
      </w:r>
    </w:p>
    <w:p>
      <w:r>
        <w:t>Compare three fictional monthly sales scenarios.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  <w:tblHeader w:val="true"/>
        </w:trPr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Scenario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Units sold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Revenue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Variable costs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Fixed costs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Profit/loss</w:t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Slow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25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Expected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50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Strong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80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Profit/loss = revenue - variable costs - fixed costs. Identify the biggest assumption.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Startup and Break-Even Plan</w:t>
      </w:r>
    </w:p>
    <w:p>
      <w:r>
        <w:t>The owner has $1,800 saved and wants to avoid opening without a cushion.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Startup total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Funding gap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 costs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Variable cost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Contribution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Break-even units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Scenario result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and next test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six figures and three risk controls.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