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4350" w:val="left"/>
          <w:tab w:pos="7518" w:val="left"/>
        </w:tabs>
        <w:autoSpaceDE w:val="0"/>
        <w:widowControl/>
        <w:spacing w:line="422" w:lineRule="exact" w:before="0" w:after="0"/>
        <w:ind w:left="2962" w:right="0" w:firstLine="0"/>
        <w:jc w:val="left"/>
      </w:pPr>
      <w:r>
        <w:tab/>
      </w: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| Student Activity Packet </w:t>
      </w:r>
      <w:r>
        <w:rPr>
          <w:rFonts w:ascii="Noto Serif" w:hAnsi="Noto Serif" w:eastAsia="Noto Serif"/>
          <w:b/>
          <w:i w:val="0"/>
          <w:color w:val="D3A72F"/>
          <w:sz w:val="18"/>
        </w:rPr>
        <w:t xml:space="preserve">STUDENT RESOURCE </w:t>
      </w:r>
      <w:r>
        <w:br/>
      </w:r>
      <w:r>
        <w:rPr>
          <w:rFonts w:ascii="Carlito" w:hAnsi="Carlito" w:eastAsia="Carlito"/>
          <w:b/>
          <w:i w:val="0"/>
          <w:color w:val="123A63"/>
          <w:sz w:val="42"/>
        </w:rPr>
        <w:t>Bank Account Comparison</w:t>
      </w:r>
    </w:p>
    <w:p>
      <w:pPr>
        <w:autoSpaceDN w:val="0"/>
        <w:autoSpaceDE w:val="0"/>
        <w:widowControl/>
        <w:spacing w:line="272" w:lineRule="exact" w:before="402" w:after="238"/>
        <w:ind w:left="2224" w:right="0" w:firstLine="0"/>
        <w:jc w:val="left"/>
      </w:pPr>
      <w:r>
        <w:rPr>
          <w:rFonts w:ascii="Noto Serif" w:hAnsi="Noto Serif" w:eastAsia="Noto Serif"/>
          <w:b w:val="0"/>
          <w:i/>
          <w:color w:val="243447"/>
          <w:sz w:val="20"/>
        </w:rPr>
        <w:t>Career &amp; Financial Management | Classroom-ready CFM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Name: 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Class: 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Date: 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Show all work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29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10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SCENARIO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.00000000000003" w:type="dxa"/>
      </w:tblPr>
      <w:tblGrid>
        <w:gridCol w:w="10516"/>
      </w:tblGrid>
      <w:tr>
        <w:trPr>
          <w:trHeight w:hRule="exact" w:val="312"/>
        </w:trPr>
        <w:tc>
          <w:tcPr>
            <w:tcW w:type="dxa" w:w="1034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Account A charges $8/month but has a nearby branch and broad ATM network. Account B has no monthly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.00000000000003" w:type="dxa"/>
      </w:tblPr>
      <w:tblGrid>
        <w:gridCol w:w="10516"/>
      </w:tblGrid>
      <w:tr>
        <w:trPr>
          <w:trHeight w:hRule="exact" w:val="354"/>
        </w:trPr>
        <w:tc>
          <w:tcPr>
            <w:tcW w:type="dxa" w:w="630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7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fee but is online-only.</w:t>
            </w:r>
          </w:p>
        </w:tc>
      </w:tr>
    </w:tbl>
    <w:p>
      <w:pPr>
        <w:autoSpaceDN w:val="0"/>
        <w:autoSpaceDE w:val="0"/>
        <w:widowControl/>
        <w:spacing w:line="326" w:lineRule="exact" w:before="694" w:after="0"/>
        <w:ind w:left="120" w:right="518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1 — Cost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Calculate annual monthly-maintenance cost for each.</w:t>
      </w:r>
    </w:p>
    <w:p>
      <w:pPr>
        <w:autoSpaceDN w:val="0"/>
        <w:autoSpaceDE w:val="0"/>
        <w:widowControl/>
        <w:spacing w:line="512" w:lineRule="exact" w:before="2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6" w:lineRule="exact" w:before="560" w:after="0"/>
        <w:ind w:left="120" w:right="7488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2 — Features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Compare at least five features.</w:t>
      </w:r>
    </w:p>
    <w:p>
      <w:pPr>
        <w:autoSpaceDN w:val="0"/>
        <w:autoSpaceDE w:val="0"/>
        <w:widowControl/>
        <w:spacing w:line="514" w:lineRule="exact" w:before="0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466" w:lineRule="exact" w:before="420" w:after="0"/>
        <w:ind w:left="12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Recommend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Choose an account for a student who rarely visits a branch and explain.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622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352" w:lineRule="exact" w:before="0" w:after="0"/>
        <w:ind w:left="0" w:right="0" w:firstLine="7398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| Student Activity Packet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486" w:lineRule="exact" w:before="402" w:after="0"/>
        <w:ind w:left="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Final Reflection / Recommendation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Use at least two specific facts, calculations, or examples from your work.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sectPr w:rsidR="00FC693F" w:rsidRPr="0006063C" w:rsidSect="00034616">
      <w:pgSz w:w="12240" w:h="15840"/>
      <w:pgMar w:top="360" w:right="914" w:bottom="144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