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APPLIED ECONOMICS</w:t>
      </w:r>
    </w:p>
    <w:p>
      <w:pPr>
        <w:pStyle w:val="Title"/>
      </w:pPr>
      <w:r>
        <w:t>Analyzing Supply, Demand, and Market Equilibrium</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Use schedules to identify equilibrium, calculate shortages and surpluses, analyze shifts, and recommend a cautious pricing and inventory rule.</w:t>
            </w:r>
          </w:p>
        </w:tc>
      </w:tr>
    </w:tbl>
    <w:p>
      <w:pPr>
        <w:spacing w:after="0"/>
      </w:pPr>
    </w:p>
    <w:p>
      <w:pPr>
        <w:pStyle w:val="Heading1"/>
      </w:pPr>
      <w:r>
        <w:t>Economic Choices Require Evidence About Trade-Offs, Prices, and Purchasing Power</w:t>
      </w:r>
    </w:p>
    <w:p>
      <w:r>
        <w:t>Demand describes quantities buyers are willing and able to purchase at different prices. Supply describes quantities sellers are willing and able to offer. Their interaction helps determine equilibrium, while changing conditions can shift the schedules.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Quantity demanded</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Amount buyers are willing and able to buy at a price during a period.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Quantity supplied</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Amount sellers are willing and able to offer at a price during a period.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Equilibrium</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Price and quantity where quantity demanded equals quantity supplied.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Shortage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Quantity demanded exceeds quantity supplied.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Surplus</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Quantity supplied exceeds quantity demanded.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Shift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Change in a schedule caused by a factor other than the item’s own price.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Find Market Equilibrium</w:t>
      </w:r>
    </w:p>
    <w:p>
      <w:r>
        <w:t>Use the fictional weekly market for reusable water bottles.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Quantity demanded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Quantity supplied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Shortage/surplus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140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$14</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80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75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$26</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55</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demanded minus supplied and identify equilibrium price and quantity.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Analyze a Demand Shift</w:t>
      </w:r>
    </w:p>
    <w:p>
      <w:r>
        <w:t>A school bans single-use bottles. New quantity demanded is 40 units higher at each price; supply is unchanged.</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New Qd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Shortage/surplus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$14</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80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$26</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150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Find the new closest equilibrium in the table and explain the predicted direction of price and quantity.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Analyze a Supply Shift</w:t>
      </w:r>
    </w:p>
    <w:p>
      <w:r>
        <w:t>Instead, material costs rise. Quantity supplied falls by 30 at each price; original demand is unchanged.</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New Qs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Shortage/surplus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140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$14</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75</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$26</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55</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Find the new closest equilibrium and explain the predicted direction.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Interpret Shortages, Surpluses, and Incentives</w:t>
      </w:r>
    </w:p>
    <w:p>
      <w:r>
        <w:t>Evaluate possible responses without assuming every seller or buyer reacts the same way.</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Situation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Likely pressure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Buyer incentive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Seller incentive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Limitation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Shortage at $14</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Surplus at $22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Demand increase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Supply decrease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how price can signal scarcity while other adjustments also occur.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Market Analysis</w:t>
      </w:r>
    </w:p>
    <w:p>
      <w:r>
        <w:t>Advise a school store choosing an initial price and reorder rule.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Original equilibrium</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Demand-shift evidence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Supply-shift evidence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Shortage signal</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Surplus signal</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Non-price response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Missing real-world facts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Qualified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five figures and two limitations.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